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Vote-by-Mail Request Deadline</w:t>
      </w:r>
    </w:p>
    <w:p>
      <w:pPr>
        <w:spacing w:after="40"/>
      </w:pPr>
      <w:r>
        <w:rPr>
          <w:b w:val="0"/>
          <w:color w:val="404040"/>
          <w:sz w:val="26"/>
        </w:rPr>
        <w:t>Radio PSAs, a video script, and social media posts</w:t>
      </w:r>
    </w:p>
    <w:p>
      <w:pPr>
        <w:spacing w:after="200"/>
      </w:pPr>
      <w:r>
        <w:rPr>
          <w:b w:val="0"/>
          <w:color w:val="404040"/>
          <w:sz w:val="22"/>
        </w:rPr>
        <w:t>Sample County Supervisor of Elections  ·  Sample County Special Election, Tuesday, March 10, 2099</w:t>
      </w:r>
    </w:p>
    <w:tbl>
      <w:tblPr>
        <w:tblW w:w="9360" w:type="dxa"/>
        <w:jc w:val="center"/>
        <w:tblBorders>
          <w:top w:val="single" w:sz="4" w:space="0" w:color="E0C36A"/>
          <w:left w:val="single" w:sz="4" w:space="0" w:color="E0C36A"/>
          <w:bottom w:val="single" w:sz="4" w:space="0" w:color="E0C36A"/>
          <w:right w:val="single" w:sz="4" w:space="0" w:color="E0C36A"/>
          <w:insideH w:val="single" w:sz="4" w:space="0" w:color="E0C36A"/>
          <w:insideV w:val="single" w:sz="4" w:space="0" w:color="E0C36A"/>
        </w:tblBorders>
        <w:tblLayout w:type="fixed"/>
        <w:tblCellMar>
          <w:top w:w="100" w:type="dxa"/>
          <w:left w:w="140" w:type="dxa"/>
          <w:bottom w:w="100" w:type="dxa"/>
          <w:right w:w="140" w:type="dxa"/>
        </w:tblCellMar>
        <w:tblLook w:firstColumn="1" w:firstRow="1" w:lastColumn="0" w:lastRow="0" w:noHBand="0" w:noVBand="1" w:val="04A0"/>
        <w:tblCaption w:val="Draft status"/>
      </w:tblPr>
      <w:tblGrid>
        <w:gridCol w:w="9360"/>
      </w:tblGrid>
      <w:tr>
        <w:trPr>
          <w:cantSplit/>
        </w:trPr>
        <w:tc>
          <w:tcPr>
            <w:tcW w:type="dxa" w:w="9360"/>
            <w:shd w:val="clear" w:color="auto" w:fill="FFF4CE"/>
          </w:tcPr>
          <w:p>
            <w:pPr>
              <w:spacing w:after="120" w:before="0"/>
            </w:pPr>
            <w:r>
              <w:rPr>
                <w:b/>
              </w:rPr>
              <w:t xml:space="preserve">DRAFT FOR APPROVAL. </w:t>
            </w:r>
            <w:r>
              <w:rPr>
                <w:b w:val="0"/>
              </w:rPr>
              <w:t>Written only from the approved press release in this folder (“APPROVED press release - Vote-by-mail request deadline.docx”). No facts were added. Every date, time, address, phone number, and link matches the release. The scripts spell them out the way they are said aloud; the key in Part 2 shows each one next to the release wording.</w:t>
            </w:r>
          </w:p>
          <w:p>
            <w:pPr>
              <w:spacing w:after="0" w:before="0"/>
            </w:pPr>
            <w:r>
              <w:rPr>
                <w:b/>
              </w:rPr>
              <w:t xml:space="preserve">Use until: </w:t>
            </w:r>
            <w:r>
              <w:rPr>
                <w:b w:val="0"/>
              </w:rPr>
              <w:t>5 p.m. Thursday, February 26, 2099, when the request deadline passes.</w:t>
            </w:r>
          </w:p>
        </w:tc>
      </w:tr>
    </w:tbl>
    <w:p>
      <w:pPr>
        <w:spacing w:after="0"/>
      </w:pPr>
      <w:r>
        <w:rPr>
          <w:b w:val="0"/>
        </w:rPr>
      </w:r>
    </w:p>
    <w:p>
      <w:pPr>
        <w:pStyle w:val="Heading1"/>
      </w:pPr>
      <w:r>
        <w:t>1. Facts used (from the release, word for word)</w:t>
      </w:r>
    </w:p>
    <w:p>
      <w:pPr>
        <w:keepNext/>
      </w:pPr>
      <w:r>
        <w:rPr>
          <w:b w:val="0"/>
        </w:rPr>
        <w:t>These are the only election facts in this document.</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Facts from the approved release"/>
      </w:tblPr>
      <w:tblGrid>
        <w:gridCol w:w="2736"/>
        <w:gridCol w:w="6624"/>
      </w:tblGrid>
      <w:tr>
        <w:trPr>
          <w:cantSplit/>
          <w:tblHeader/>
        </w:trPr>
        <w:tc>
          <w:tcPr>
            <w:tcW w:type="dxa" w:w="2736"/>
            <w:shd w:val="clear" w:color="auto" w:fill="DCE6F2"/>
          </w:tcPr>
          <w:p>
            <w:pPr>
              <w:spacing w:after="0" w:before="0"/>
            </w:pPr>
            <w:r>
              <w:rPr>
                <w:b/>
              </w:rPr>
              <w:t>Fact</w:t>
            </w:r>
          </w:p>
        </w:tc>
        <w:tc>
          <w:tcPr>
            <w:tcW w:type="dxa" w:w="6624"/>
            <w:shd w:val="clear" w:color="auto" w:fill="DCE6F2"/>
          </w:tcPr>
          <w:p>
            <w:pPr>
              <w:spacing w:after="0" w:before="0"/>
            </w:pPr>
            <w:r>
              <w:rPr>
                <w:b/>
              </w:rPr>
              <w:t>Exactly as the release says it</w:t>
            </w:r>
          </w:p>
        </w:tc>
      </w:tr>
      <w:tr>
        <w:trPr>
          <w:cantSplit/>
        </w:trPr>
        <w:tc>
          <w:tcPr>
            <w:tcW w:type="dxa" w:w="2736"/>
            <w:shd w:val="clear" w:color="auto" w:fill="F2F2F2"/>
          </w:tcPr>
          <w:p>
            <w:pPr>
              <w:spacing w:after="0" w:before="0"/>
            </w:pPr>
            <w:r>
              <w:rPr>
                <w:b/>
              </w:rPr>
              <w:t>Who</w:t>
            </w:r>
          </w:p>
        </w:tc>
        <w:tc>
          <w:tcPr>
            <w:tcW w:type="dxa" w:w="6624"/>
          </w:tcPr>
          <w:p>
            <w:pPr>
              <w:spacing w:after="0" w:before="0"/>
            </w:pPr>
            <w:r>
              <w:rPr>
                <w:b w:val="0"/>
              </w:rPr>
              <w:t>Sample County Supervisor of Elections Pat Placeholder</w:t>
            </w:r>
          </w:p>
        </w:tc>
      </w:tr>
      <w:tr>
        <w:trPr>
          <w:cantSplit/>
        </w:trPr>
        <w:tc>
          <w:tcPr>
            <w:tcW w:type="dxa" w:w="2736"/>
            <w:shd w:val="clear" w:color="auto" w:fill="F2F2F2"/>
          </w:tcPr>
          <w:p>
            <w:pPr>
              <w:spacing w:after="0" w:before="0"/>
            </w:pPr>
            <w:r>
              <w:rPr>
                <w:b/>
              </w:rPr>
              <w:t>What</w:t>
            </w:r>
          </w:p>
        </w:tc>
        <w:tc>
          <w:tcPr>
            <w:tcW w:type="dxa" w:w="6624"/>
          </w:tcPr>
          <w:p>
            <w:pPr>
              <w:spacing w:after="0" w:before="0"/>
            </w:pPr>
            <w:r>
              <w:rPr>
                <w:b w:val="0"/>
              </w:rPr>
              <w:t>requests to have a vote-by-mail ballot mailed</w:t>
            </w:r>
          </w:p>
        </w:tc>
      </w:tr>
      <w:tr>
        <w:trPr>
          <w:cantSplit/>
        </w:trPr>
        <w:tc>
          <w:tcPr>
            <w:tcW w:type="dxa" w:w="2736"/>
            <w:shd w:val="clear" w:color="auto" w:fill="F2F2F2"/>
          </w:tcPr>
          <w:p>
            <w:pPr>
              <w:spacing w:after="0" w:before="0"/>
            </w:pPr>
            <w:r>
              <w:rPr>
                <w:b/>
              </w:rPr>
              <w:t>Election</w:t>
            </w:r>
          </w:p>
        </w:tc>
        <w:tc>
          <w:tcPr>
            <w:tcW w:type="dxa" w:w="6624"/>
          </w:tcPr>
          <w:p>
            <w:pPr>
              <w:spacing w:after="0" w:before="0"/>
            </w:pPr>
            <w:r>
              <w:rPr>
                <w:b w:val="0"/>
              </w:rPr>
              <w:t>Sample County Special Election on Tuesday, March 10, 2099</w:t>
            </w:r>
          </w:p>
        </w:tc>
      </w:tr>
      <w:tr>
        <w:trPr>
          <w:cantSplit/>
        </w:trPr>
        <w:tc>
          <w:tcPr>
            <w:tcW w:type="dxa" w:w="2736"/>
            <w:shd w:val="clear" w:color="auto" w:fill="F2F2F2"/>
          </w:tcPr>
          <w:p>
            <w:pPr>
              <w:spacing w:after="0" w:before="0"/>
            </w:pPr>
            <w:r>
              <w:rPr>
                <w:b/>
              </w:rPr>
              <w:t>Deadline</w:t>
            </w:r>
          </w:p>
        </w:tc>
        <w:tc>
          <w:tcPr>
            <w:tcW w:type="dxa" w:w="6624"/>
          </w:tcPr>
          <w:p>
            <w:pPr>
              <w:spacing w:after="0" w:before="0"/>
            </w:pPr>
            <w:r>
              <w:rPr>
                <w:b w:val="0"/>
              </w:rPr>
              <w:t>must be received by 5 p.m. on Thursday, February 26, 2099</w:t>
            </w:r>
          </w:p>
        </w:tc>
      </w:tr>
      <w:tr>
        <w:trPr>
          <w:cantSplit/>
        </w:trPr>
        <w:tc>
          <w:tcPr>
            <w:tcW w:type="dxa" w:w="2736"/>
            <w:shd w:val="clear" w:color="auto" w:fill="F2F2F2"/>
          </w:tcPr>
          <w:p>
            <w:pPr>
              <w:spacing w:after="0" w:before="0"/>
            </w:pPr>
            <w:r>
              <w:rPr>
                <w:b/>
              </w:rPr>
              <w:t>Online</w:t>
            </w:r>
          </w:p>
        </w:tc>
        <w:tc>
          <w:tcPr>
            <w:tcW w:type="dxa" w:w="6624"/>
          </w:tcPr>
          <w:p>
            <w:pPr>
              <w:spacing w:after="0" w:before="0"/>
            </w:pPr>
            <w:r>
              <w:rPr>
                <w:b w:val="0"/>
              </w:rPr>
              <w:t>samplecounty.example/vote</w:t>
            </w:r>
          </w:p>
        </w:tc>
      </w:tr>
      <w:tr>
        <w:trPr>
          <w:cantSplit/>
        </w:trPr>
        <w:tc>
          <w:tcPr>
            <w:tcW w:type="dxa" w:w="2736"/>
            <w:shd w:val="clear" w:color="auto" w:fill="F2F2F2"/>
          </w:tcPr>
          <w:p>
            <w:pPr>
              <w:spacing w:after="0" w:before="0"/>
            </w:pPr>
            <w:r>
              <w:rPr>
                <w:b/>
              </w:rPr>
              <w:t>By phone</w:t>
            </w:r>
          </w:p>
        </w:tc>
        <w:tc>
          <w:tcPr>
            <w:tcW w:type="dxa" w:w="6624"/>
          </w:tcPr>
          <w:p>
            <w:pPr>
              <w:spacing w:after="0" w:before="0"/>
            </w:pPr>
            <w:r>
              <w:rPr>
                <w:b w:val="0"/>
              </w:rPr>
              <w:t>555-0100</w:t>
            </w:r>
          </w:p>
        </w:tc>
      </w:tr>
      <w:tr>
        <w:trPr>
          <w:cantSplit/>
        </w:trPr>
        <w:tc>
          <w:tcPr>
            <w:tcW w:type="dxa" w:w="2736"/>
            <w:shd w:val="clear" w:color="auto" w:fill="F2F2F2"/>
          </w:tcPr>
          <w:p>
            <w:pPr>
              <w:spacing w:after="0" w:before="0"/>
            </w:pPr>
            <w:r>
              <w:rPr>
                <w:b/>
              </w:rPr>
              <w:t>In person</w:t>
            </w:r>
          </w:p>
        </w:tc>
        <w:tc>
          <w:tcPr>
            <w:tcW w:type="dxa" w:w="6624"/>
          </w:tcPr>
          <w:p>
            <w:pPr>
              <w:spacing w:after="0" w:before="0"/>
            </w:pPr>
            <w:r>
              <w:rPr>
                <w:b w:val="0"/>
              </w:rPr>
              <w:t>Supervisor of Elections Office, 123 Example St, Sampleton</w:t>
            </w:r>
          </w:p>
        </w:tc>
      </w:tr>
      <w:tr>
        <w:trPr>
          <w:cantSplit/>
        </w:trPr>
        <w:tc>
          <w:tcPr>
            <w:tcW w:type="dxa" w:w="2736"/>
            <w:shd w:val="clear" w:color="auto" w:fill="F2F2F2"/>
          </w:tcPr>
          <w:p>
            <w:pPr>
              <w:spacing w:after="0" w:before="0"/>
            </w:pPr>
            <w:r>
              <w:rPr>
                <w:b/>
              </w:rPr>
              <w:t>Headline</w:t>
            </w:r>
          </w:p>
        </w:tc>
        <w:tc>
          <w:tcPr>
            <w:tcW w:type="dxa" w:w="6624"/>
          </w:tcPr>
          <w:p>
            <w:pPr>
              <w:spacing w:after="0" w:before="0"/>
            </w:pPr>
            <w:r>
              <w:rPr>
                <w:b w:val="0"/>
              </w:rPr>
              <w:t>Vote-by-mail requests for the March 10 special election are due February 26</w:t>
            </w:r>
          </w:p>
        </w:tc>
      </w:tr>
      <w:tr>
        <w:trPr>
          <w:cantSplit/>
        </w:trPr>
        <w:tc>
          <w:tcPr>
            <w:tcW w:type="dxa" w:w="2736"/>
            <w:shd w:val="clear" w:color="auto" w:fill="F2F2F2"/>
          </w:tcPr>
          <w:p>
            <w:pPr>
              <w:spacing w:after="0" w:before="0"/>
            </w:pPr>
            <w:r>
              <w:rPr>
                <w:b/>
              </w:rPr>
              <w:t>Media contact (for stations and reporters only)</w:t>
            </w:r>
          </w:p>
        </w:tc>
        <w:tc>
          <w:tcPr>
            <w:tcW w:type="dxa" w:w="6624"/>
          </w:tcPr>
          <w:p>
            <w:pPr>
              <w:spacing w:after="0" w:before="0"/>
            </w:pPr>
            <w:r>
              <w:rPr>
                <w:b w:val="0"/>
              </w:rPr>
              <w:t>Communications Office, 555-0100</w:t>
            </w:r>
          </w:p>
        </w:tc>
      </w:tr>
    </w:tbl>
    <w:p>
      <w:pPr>
        <w:pStyle w:val="Heading1"/>
      </w:pPr>
      <w:r>
        <w:t>2. Radio PSAs</w:t>
      </w:r>
    </w:p>
    <w:p>
      <w:r>
        <w:rPr>
          <w:b w:val="0"/>
        </w:rPr>
        <w:t>Written for one announcer to read. Run times use 2.5 words a second (150 words a minute), a common pace for radio spots. Read each one aloud with a stopwatch before you send it. Station questions go to the media contact in the release: Communications Office, 555-0100.</w:t>
      </w:r>
    </w:p>
    <w:p>
      <w:pPr>
        <w:pStyle w:val="Heading2"/>
      </w:pPr>
      <w:r>
        <w:t>How it’s said on air</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How each fact is said on air"/>
      </w:tblPr>
      <w:tblGrid>
        <w:gridCol w:w="3744"/>
        <w:gridCol w:w="5616"/>
      </w:tblGrid>
      <w:tr>
        <w:trPr>
          <w:cantSplit/>
          <w:tblHeader/>
        </w:trPr>
        <w:tc>
          <w:tcPr>
            <w:tcW w:type="dxa" w:w="3744"/>
            <w:shd w:val="clear" w:color="auto" w:fill="DCE6F2"/>
          </w:tcPr>
          <w:p>
            <w:pPr>
              <w:spacing w:after="0" w:before="0"/>
            </w:pPr>
            <w:r>
              <w:rPr>
                <w:b/>
              </w:rPr>
              <w:t>The release says</w:t>
            </w:r>
          </w:p>
        </w:tc>
        <w:tc>
          <w:tcPr>
            <w:tcW w:type="dxa" w:w="5616"/>
            <w:shd w:val="clear" w:color="auto" w:fill="DCE6F2"/>
          </w:tcPr>
          <w:p>
            <w:pPr>
              <w:spacing w:after="0" w:before="0"/>
            </w:pPr>
            <w:r>
              <w:rPr>
                <w:b/>
              </w:rPr>
              <w:t>Say it on air like this</w:t>
            </w:r>
          </w:p>
        </w:tc>
      </w:tr>
      <w:tr>
        <w:trPr>
          <w:cantSplit/>
        </w:trPr>
        <w:tc>
          <w:tcPr>
            <w:tcW w:type="dxa" w:w="3744"/>
          </w:tcPr>
          <w:p>
            <w:pPr>
              <w:spacing w:after="0" w:before="0"/>
            </w:pPr>
            <w:r>
              <w:rPr>
                <w:b w:val="0"/>
              </w:rPr>
              <w:t>samplecounty.example/vote</w:t>
            </w:r>
          </w:p>
        </w:tc>
        <w:tc>
          <w:tcPr>
            <w:tcW w:type="dxa" w:w="5616"/>
          </w:tcPr>
          <w:p>
            <w:pPr>
              <w:spacing w:after="0" w:before="0"/>
            </w:pPr>
            <w:r>
              <w:rPr>
                <w:b w:val="0"/>
              </w:rPr>
              <w:t>sample county dot example slash vote</w:t>
            </w:r>
          </w:p>
        </w:tc>
      </w:tr>
      <w:tr>
        <w:trPr>
          <w:cantSplit/>
        </w:trPr>
        <w:tc>
          <w:tcPr>
            <w:tcW w:type="dxa" w:w="3744"/>
          </w:tcPr>
          <w:p>
            <w:pPr>
              <w:spacing w:after="0" w:before="0"/>
            </w:pPr>
            <w:r>
              <w:rPr>
                <w:b w:val="0"/>
              </w:rPr>
              <w:t>555-0100</w:t>
            </w:r>
          </w:p>
        </w:tc>
        <w:tc>
          <w:tcPr>
            <w:tcW w:type="dxa" w:w="5616"/>
          </w:tcPr>
          <w:p>
            <w:pPr>
              <w:spacing w:after="0" w:before="0"/>
            </w:pPr>
            <w:r>
              <w:rPr>
                <w:b w:val="0"/>
              </w:rPr>
              <w:t>five five five, zero one zero zero (one digit at a time, so listeners can write it down)</w:t>
            </w:r>
          </w:p>
        </w:tc>
      </w:tr>
      <w:tr>
        <w:trPr>
          <w:cantSplit/>
        </w:trPr>
        <w:tc>
          <w:tcPr>
            <w:tcW w:type="dxa" w:w="3744"/>
          </w:tcPr>
          <w:p>
            <w:pPr>
              <w:spacing w:after="0" w:before="0"/>
            </w:pPr>
            <w:r>
              <w:rPr>
                <w:b w:val="0"/>
              </w:rPr>
              <w:t>123 Example St, Sampleton</w:t>
            </w:r>
          </w:p>
        </w:tc>
        <w:tc>
          <w:tcPr>
            <w:tcW w:type="dxa" w:w="5616"/>
          </w:tcPr>
          <w:p>
            <w:pPr>
              <w:spacing w:after="0" w:before="0"/>
            </w:pPr>
            <w:r>
              <w:rPr>
                <w:b w:val="0"/>
              </w:rPr>
              <w:t>one twenty-three Example Street in Sampleton</w:t>
            </w:r>
          </w:p>
        </w:tc>
      </w:tr>
      <w:tr>
        <w:trPr>
          <w:cantSplit/>
        </w:trPr>
        <w:tc>
          <w:tcPr>
            <w:tcW w:type="dxa" w:w="3744"/>
          </w:tcPr>
          <w:p>
            <w:pPr>
              <w:spacing w:after="0" w:before="0"/>
            </w:pPr>
            <w:r>
              <w:rPr>
                <w:b w:val="0"/>
              </w:rPr>
              <w:t>5 p.m.</w:t>
            </w:r>
          </w:p>
        </w:tc>
        <w:tc>
          <w:tcPr>
            <w:tcW w:type="dxa" w:w="5616"/>
          </w:tcPr>
          <w:p>
            <w:pPr>
              <w:spacing w:after="0" w:before="0"/>
            </w:pPr>
            <w:r>
              <w:rPr>
                <w:b w:val="0"/>
              </w:rPr>
              <w:t>five p.m.</w:t>
            </w:r>
          </w:p>
        </w:tc>
      </w:tr>
      <w:tr>
        <w:trPr>
          <w:cantSplit/>
        </w:trPr>
        <w:tc>
          <w:tcPr>
            <w:tcW w:type="dxa" w:w="3744"/>
          </w:tcPr>
          <w:p>
            <w:pPr>
              <w:spacing w:after="0" w:before="0"/>
            </w:pPr>
            <w:r>
              <w:rPr>
                <w:b w:val="0"/>
              </w:rPr>
              <w:t>Thursday, February 26, 2099</w:t>
            </w:r>
          </w:p>
        </w:tc>
        <w:tc>
          <w:tcPr>
            <w:tcW w:type="dxa" w:w="5616"/>
          </w:tcPr>
          <w:p>
            <w:pPr>
              <w:spacing w:after="0" w:before="0"/>
            </w:pPr>
            <w:r>
              <w:rPr>
                <w:b w:val="0"/>
              </w:rPr>
              <w:t>Thursday, February twenty-sixth</w:t>
            </w:r>
          </w:p>
        </w:tc>
      </w:tr>
      <w:tr>
        <w:trPr>
          <w:cantSplit/>
        </w:trPr>
        <w:tc>
          <w:tcPr>
            <w:tcW w:type="dxa" w:w="3744"/>
          </w:tcPr>
          <w:p>
            <w:pPr>
              <w:spacing w:after="0" w:before="0"/>
            </w:pPr>
            <w:r>
              <w:rPr>
                <w:b w:val="0"/>
              </w:rPr>
              <w:t>Tuesday, March 10, 2099</w:t>
            </w:r>
          </w:p>
        </w:tc>
        <w:tc>
          <w:tcPr>
            <w:tcW w:type="dxa" w:w="5616"/>
          </w:tcPr>
          <w:p>
            <w:pPr>
              <w:spacing w:after="0" w:before="0"/>
            </w:pPr>
            <w:r>
              <w:rPr>
                <w:b w:val="0"/>
              </w:rPr>
              <w:t>Tuesday, March tenth</w:t>
            </w:r>
          </w:p>
        </w:tc>
      </w:tr>
    </w:tbl>
    <w:p>
      <w:pPr>
        <w:spacing w:after="0"/>
      </w:pPr>
      <w:r>
        <w:rPr>
          <w:b w:val="0"/>
        </w:rPr>
      </w:r>
    </w:p>
    <w:p>
      <w:pPr>
        <w:pStyle w:val="ListBullet"/>
        <w:spacing w:after="40"/>
      </w:pPr>
      <w:r>
        <w:rPr>
          <w:b w:val="0"/>
        </w:rPr>
        <w:t>The 60-second spot also spells out the web address: “sample county, all one word, dot example, slash vote.”</w:t>
      </w:r>
    </w:p>
    <w:p>
      <w:pPr>
        <w:pStyle w:val="ListBullet"/>
        <w:spacing w:after="40"/>
      </w:pPr>
      <w:r>
        <w:rPr>
          <w:b w:val="0"/>
        </w:rPr>
        <w:t>The scripts don’t say the year, the same way the release headline doesn’t. Everything people read (on-screen text, posts, graphics, and alt text) shows the full date with the year.</w:t>
      </w:r>
    </w:p>
    <w:p>
      <w:pPr>
        <w:pStyle w:val="ListBullet"/>
        <w:spacing w:after="40"/>
      </w:pPr>
      <w:r>
        <w:rPr>
          <w:b w:val="0"/>
        </w:rPr>
        <w:t>The release gives the phone number without an area code, so the scripts don’t add one.</w:t>
      </w:r>
    </w:p>
    <w:p>
      <w:pPr>
        <w:pStyle w:val="Heading2"/>
      </w:pPr>
      <w:r>
        <w:t>15-second radio PSA</w:t>
      </w:r>
    </w:p>
    <w:p>
      <w:pPr>
        <w:keepNext/>
        <w:spacing w:after="80"/>
      </w:pPr>
      <w:r>
        <w:rPr>
          <w:b/>
          <w:color w:val="404040"/>
          <w:sz w:val="20"/>
        </w:rPr>
        <w:t xml:space="preserve">Length: </w:t>
      </w:r>
      <w:r>
        <w:rPr>
          <w:b w:val="0"/>
          <w:color w:val="404040"/>
          <w:sz w:val="20"/>
        </w:rPr>
        <w:t xml:space="preserve">:15     </w:t>
      </w:r>
      <w:r>
        <w:rPr>
          <w:b/>
          <w:color w:val="404040"/>
          <w:sz w:val="20"/>
        </w:rPr>
        <w:t xml:space="preserve">Stop airing after: </w:t>
      </w:r>
      <w:r>
        <w:rPr>
          <w:b w:val="0"/>
          <w:color w:val="404040"/>
          <w:sz w:val="20"/>
        </w:rPr>
        <w:t>5 p.m. Thursday, February 26, 2099</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15-second radio PSA script"/>
      </w:tblPr>
      <w:tblGrid>
        <w:gridCol w:w="9360"/>
      </w:tblGrid>
      <w:tr>
        <w:trPr>
          <w:cantSplit/>
        </w:trPr>
        <w:tc>
          <w:tcPr>
            <w:tcW w:type="dxa" w:w="9360"/>
            <w:shd w:val="clear" w:color="auto" w:fill="F2F2F2"/>
          </w:tcPr>
          <w:p>
            <w:pPr>
              <w:spacing w:after="0" w:before="0" w:line="360" w:lineRule="auto"/>
            </w:pPr>
            <w:r>
              <w:rPr>
                <w:b w:val="0"/>
                <w:sz w:val="26"/>
              </w:rPr>
              <w:t>Want your ballot mailed for the Sample County Special Election on Tuesday, March tenth? Your request must be received by five p.m. on Thursday, February twenty-sixth. Go to sample county dot example slash vote.</w:t>
            </w:r>
          </w:p>
        </w:tc>
      </w:tr>
    </w:tbl>
    <w:p>
      <w:pPr>
        <w:spacing w:after="200" w:before="80"/>
      </w:pPr>
      <w:r>
        <w:rPr>
          <w:b/>
        </w:rPr>
        <w:t xml:space="preserve">Word count: </w:t>
      </w:r>
      <w:r>
        <w:rPr>
          <w:b w:val="0"/>
        </w:rPr>
        <w:t>34</w:t>
      </w:r>
      <w:r>
        <w:rPr>
          <w:b/>
        </w:rPr>
        <w:t xml:space="preserve">     About how long it runs: </w:t>
      </w:r>
      <w:r>
        <w:rPr>
          <w:b w:val="0"/>
        </w:rPr>
        <w:t>14 seconds</w:t>
      </w:r>
    </w:p>
    <w:p>
      <w:pPr>
        <w:pStyle w:val="Heading2"/>
      </w:pPr>
      <w:r>
        <w:t>30-second radio PSA</w:t>
      </w:r>
    </w:p>
    <w:p>
      <w:pPr>
        <w:keepNext/>
        <w:spacing w:after="80"/>
      </w:pPr>
      <w:r>
        <w:rPr>
          <w:b/>
          <w:color w:val="404040"/>
          <w:sz w:val="20"/>
        </w:rPr>
        <w:t xml:space="preserve">Length: </w:t>
      </w:r>
      <w:r>
        <w:rPr>
          <w:b w:val="0"/>
          <w:color w:val="404040"/>
          <w:sz w:val="20"/>
        </w:rPr>
        <w:t xml:space="preserve">:30     </w:t>
      </w:r>
      <w:r>
        <w:rPr>
          <w:b/>
          <w:color w:val="404040"/>
          <w:sz w:val="20"/>
        </w:rPr>
        <w:t xml:space="preserve">Stop airing after: </w:t>
      </w:r>
      <w:r>
        <w:rPr>
          <w:b w:val="0"/>
          <w:color w:val="404040"/>
          <w:sz w:val="20"/>
        </w:rPr>
        <w:t>5 p.m. Thursday, February 26, 2099</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30-second radio PSA script"/>
      </w:tblPr>
      <w:tblGrid>
        <w:gridCol w:w="9360"/>
      </w:tblGrid>
      <w:tr>
        <w:trPr>
          <w:cantSplit/>
        </w:trPr>
        <w:tc>
          <w:tcPr>
            <w:tcW w:type="dxa" w:w="9360"/>
            <w:shd w:val="clear" w:color="auto" w:fill="F2F2F2"/>
          </w:tcPr>
          <w:p>
            <w:pPr>
              <w:spacing w:after="0" w:before="0" w:line="360" w:lineRule="auto"/>
            </w:pPr>
            <w:r>
              <w:rPr>
                <w:b w:val="0"/>
                <w:sz w:val="26"/>
              </w:rPr>
              <w:t>Want your ballot mailed for the Sample County Special Election on Tuesday, March tenth? Your request must be received by five p.m. on Thursday, February twenty-sixth. Request it online at sample county dot example slash vote. Or call five five five, zero one zero zero. Or visit the Supervisor of Elections Office, one twenty-three Example Street in Sampleton. A reminder from Sample County Supervisor of Elections Pat Placeholder.</w:t>
            </w:r>
          </w:p>
        </w:tc>
      </w:tr>
    </w:tbl>
    <w:p>
      <w:pPr>
        <w:spacing w:after="200" w:before="80"/>
      </w:pPr>
      <w:r>
        <w:rPr>
          <w:b/>
        </w:rPr>
        <w:t xml:space="preserve">Word count: </w:t>
      </w:r>
      <w:r>
        <w:rPr>
          <w:b w:val="0"/>
        </w:rPr>
        <w:t>68</w:t>
      </w:r>
      <w:r>
        <w:rPr>
          <w:b/>
        </w:rPr>
        <w:t xml:space="preserve">     About how long it runs: </w:t>
      </w:r>
      <w:r>
        <w:rPr>
          <w:b w:val="0"/>
        </w:rPr>
        <w:t>27 seconds</w:t>
      </w:r>
    </w:p>
    <w:p>
      <w:pPr>
        <w:pStyle w:val="Heading2"/>
      </w:pPr>
      <w:r>
        <w:t>60-second radio PSA</w:t>
      </w:r>
    </w:p>
    <w:p>
      <w:pPr>
        <w:keepNext/>
        <w:spacing w:after="80"/>
      </w:pPr>
      <w:r>
        <w:rPr>
          <w:b/>
          <w:color w:val="404040"/>
          <w:sz w:val="20"/>
        </w:rPr>
        <w:t xml:space="preserve">Length: </w:t>
      </w:r>
      <w:r>
        <w:rPr>
          <w:b w:val="0"/>
          <w:color w:val="404040"/>
          <w:sz w:val="20"/>
        </w:rPr>
        <w:t xml:space="preserve">:60     </w:t>
      </w:r>
      <w:r>
        <w:rPr>
          <w:b/>
          <w:color w:val="404040"/>
          <w:sz w:val="20"/>
        </w:rPr>
        <w:t xml:space="preserve">Stop airing after: </w:t>
      </w:r>
      <w:r>
        <w:rPr>
          <w:b w:val="0"/>
          <w:color w:val="404040"/>
          <w:sz w:val="20"/>
        </w:rPr>
        <w:t>5 p.m. Thursday, February 26, 2099</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60-second radio PSA script"/>
      </w:tblPr>
      <w:tblGrid>
        <w:gridCol w:w="9360"/>
      </w:tblGrid>
      <w:tr>
        <w:trPr>
          <w:cantSplit/>
        </w:trPr>
        <w:tc>
          <w:tcPr>
            <w:tcW w:type="dxa" w:w="9360"/>
            <w:shd w:val="clear" w:color="auto" w:fill="F2F2F2"/>
          </w:tcPr>
          <w:p>
            <w:pPr>
              <w:spacing w:after="160" w:before="0" w:line="360" w:lineRule="auto"/>
            </w:pPr>
            <w:r>
              <w:rPr>
                <w:b w:val="0"/>
                <w:sz w:val="26"/>
              </w:rPr>
              <w:t>Planning to vote by mail in the Sample County Special Election? Here’s what you need to know.</w:t>
            </w:r>
          </w:p>
          <w:p>
            <w:pPr>
              <w:spacing w:after="160" w:before="0" w:line="360" w:lineRule="auto"/>
            </w:pPr>
            <w:r>
              <w:rPr>
                <w:b w:val="0"/>
                <w:sz w:val="26"/>
              </w:rPr>
              <w:t>The special election is Tuesday, March tenth. If you want a ballot mailed to you, your request must be received by five p.m. on Thursday, February twenty-sixth.</w:t>
            </w:r>
          </w:p>
          <w:p>
            <w:pPr>
              <w:spacing w:after="160" w:before="0" w:line="360" w:lineRule="auto"/>
            </w:pPr>
            <w:r>
              <w:rPr>
                <w:b w:val="0"/>
                <w:sz w:val="26"/>
              </w:rPr>
              <w:t>You can request your ballot online at sample county dot example slash vote. That’s sample county, all one word, dot example, slash vote.</w:t>
            </w:r>
          </w:p>
          <w:p>
            <w:pPr>
              <w:spacing w:after="160" w:before="0" w:line="360" w:lineRule="auto"/>
            </w:pPr>
            <w:r>
              <w:rPr>
                <w:b w:val="0"/>
                <w:sz w:val="26"/>
              </w:rPr>
              <w:t>You can also call five five five, zero one zero zero.</w:t>
            </w:r>
          </w:p>
          <w:p>
            <w:pPr>
              <w:spacing w:after="160" w:before="0" w:line="360" w:lineRule="auto"/>
            </w:pPr>
            <w:r>
              <w:rPr>
                <w:b w:val="0"/>
                <w:sz w:val="26"/>
              </w:rPr>
              <w:t>Or request it in person at the Supervisor of Elections Office, one twenty-three Example Street in Sampleton.</w:t>
            </w:r>
          </w:p>
          <w:p>
            <w:pPr>
              <w:spacing w:after="160" w:before="0" w:line="360" w:lineRule="auto"/>
            </w:pPr>
            <w:r>
              <w:rPr>
                <w:b w:val="0"/>
                <w:sz w:val="26"/>
              </w:rPr>
              <w:t>Once more: your request must be received by five p.m. on Thursday, February twenty-sixth. Go to sample county dot example slash vote, or call five five five, zero one zero zero.</w:t>
            </w:r>
          </w:p>
          <w:p>
            <w:pPr>
              <w:spacing w:after="0" w:before="0" w:line="360" w:lineRule="auto"/>
            </w:pPr>
            <w:r>
              <w:rPr>
                <w:b w:val="0"/>
                <w:sz w:val="26"/>
              </w:rPr>
              <w:t>This reminder is from Sample County Supervisor of Elections Pat Placeholder.</w:t>
            </w:r>
          </w:p>
        </w:tc>
      </w:tr>
    </w:tbl>
    <w:p>
      <w:pPr>
        <w:spacing w:after="200" w:before="80"/>
      </w:pPr>
      <w:r>
        <w:rPr>
          <w:b/>
        </w:rPr>
        <w:t xml:space="preserve">Word count: </w:t>
      </w:r>
      <w:r>
        <w:rPr>
          <w:b w:val="0"/>
        </w:rPr>
        <w:t>137</w:t>
      </w:r>
      <w:r>
        <w:rPr>
          <w:b/>
        </w:rPr>
        <w:t xml:space="preserve">     About how long it runs: </w:t>
      </w:r>
      <w:r>
        <w:rPr>
          <w:b w:val="0"/>
        </w:rPr>
        <w:t>55 seconds</w:t>
      </w:r>
    </w:p>
    <w:p>
      <w:pPr>
        <w:pStyle w:val="Heading1"/>
      </w:pPr>
      <w:r>
        <w:t>3. Video script: 15 seconds</w:t>
      </w:r>
    </w:p>
    <w:p>
      <w:pPr>
        <w:keepNext/>
      </w:pPr>
      <w:r>
        <w:rPr>
          <w:b w:val="0"/>
        </w:rPr>
        <w:t>Show each block of on-screen text while its audio plays. Keep the background plain and the text large. Add captions of the voice-over too.</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15-second video script"/>
      </w:tblPr>
      <w:tblGrid>
        <w:gridCol w:w="1440"/>
        <w:gridCol w:w="4320"/>
        <w:gridCol w:w="3600"/>
      </w:tblGrid>
      <w:tr>
        <w:trPr>
          <w:cantSplit/>
          <w:tblHeader/>
        </w:trPr>
        <w:tc>
          <w:tcPr>
            <w:tcW w:type="dxa" w:w="1440"/>
            <w:shd w:val="clear" w:color="auto" w:fill="DCE6F2"/>
          </w:tcPr>
          <w:p>
            <w:pPr>
              <w:spacing w:after="0" w:before="0"/>
            </w:pPr>
            <w:r>
              <w:rPr>
                <w:b/>
              </w:rPr>
              <w:t>Time</w:t>
            </w:r>
          </w:p>
        </w:tc>
        <w:tc>
          <w:tcPr>
            <w:tcW w:type="dxa" w:w="4320"/>
            <w:shd w:val="clear" w:color="auto" w:fill="DCE6F2"/>
          </w:tcPr>
          <w:p>
            <w:pPr>
              <w:spacing w:after="0" w:before="0"/>
            </w:pPr>
            <w:r>
              <w:rPr>
                <w:b/>
              </w:rPr>
              <w:t>Audio (voice-over)</w:t>
            </w:r>
          </w:p>
        </w:tc>
        <w:tc>
          <w:tcPr>
            <w:tcW w:type="dxa" w:w="3600"/>
            <w:shd w:val="clear" w:color="auto" w:fill="DCE6F2"/>
          </w:tcPr>
          <w:p>
            <w:pPr>
              <w:spacing w:after="0" w:before="0"/>
            </w:pPr>
            <w:r>
              <w:rPr>
                <w:b/>
              </w:rPr>
              <w:t>On-screen text</w:t>
            </w:r>
          </w:p>
        </w:tc>
      </w:tr>
      <w:tr>
        <w:trPr>
          <w:cantSplit/>
        </w:trPr>
        <w:tc>
          <w:tcPr>
            <w:tcW w:type="dxa" w:w="1440"/>
          </w:tcPr>
          <w:p>
            <w:pPr>
              <w:spacing w:after="0" w:before="0"/>
            </w:pPr>
            <w:r>
              <w:rPr>
                <w:b w:val="0"/>
              </w:rPr>
              <w:t>0:00–0:05</w:t>
            </w:r>
          </w:p>
        </w:tc>
        <w:tc>
          <w:tcPr>
            <w:tcW w:type="dxa" w:w="4320"/>
          </w:tcPr>
          <w:p>
            <w:pPr>
              <w:spacing w:after="0" w:before="0" w:line="312" w:lineRule="auto"/>
            </w:pPr>
            <w:r>
              <w:rPr>
                <w:b w:val="0"/>
                <w:sz w:val="24"/>
              </w:rPr>
              <w:t>Want your ballot mailed for the March tenth special election?</w:t>
            </w:r>
          </w:p>
        </w:tc>
        <w:tc>
          <w:tcPr>
            <w:tcW w:type="dxa" w:w="3600"/>
            <w:shd w:val="clear" w:color="auto" w:fill="F2F2F2"/>
          </w:tcPr>
          <w:p>
            <w:pPr>
              <w:spacing w:after="40" w:before="0"/>
            </w:pPr>
            <w:r>
              <w:rPr>
                <w:b w:val="0"/>
              </w:rPr>
              <w:t>Sample County Special Election</w:t>
            </w:r>
          </w:p>
          <w:p>
            <w:pPr>
              <w:spacing w:after="0" w:before="0"/>
            </w:pPr>
            <w:r>
              <w:rPr>
                <w:b w:val="0"/>
              </w:rPr>
              <w:t>Tuesday, March 10, 2099</w:t>
            </w:r>
          </w:p>
        </w:tc>
      </w:tr>
      <w:tr>
        <w:trPr>
          <w:cantSplit/>
        </w:trPr>
        <w:tc>
          <w:tcPr>
            <w:tcW w:type="dxa" w:w="1440"/>
          </w:tcPr>
          <w:p>
            <w:pPr>
              <w:spacing w:after="0" w:before="0"/>
            </w:pPr>
            <w:r>
              <w:rPr>
                <w:b w:val="0"/>
              </w:rPr>
              <w:t>0:05–0:10</w:t>
            </w:r>
          </w:p>
        </w:tc>
        <w:tc>
          <w:tcPr>
            <w:tcW w:type="dxa" w:w="4320"/>
          </w:tcPr>
          <w:p>
            <w:pPr>
              <w:spacing w:after="0" w:before="0" w:line="312" w:lineRule="auto"/>
            </w:pPr>
            <w:r>
              <w:rPr>
                <w:b w:val="0"/>
                <w:sz w:val="24"/>
              </w:rPr>
              <w:t>Your request must be received by five p.m. on Thursday, February twenty-sixth.</w:t>
            </w:r>
          </w:p>
        </w:tc>
        <w:tc>
          <w:tcPr>
            <w:tcW w:type="dxa" w:w="3600"/>
            <w:shd w:val="clear" w:color="auto" w:fill="F2F2F2"/>
          </w:tcPr>
          <w:p>
            <w:pPr>
              <w:spacing w:after="40" w:before="0"/>
            </w:pPr>
            <w:r>
              <w:rPr>
                <w:b w:val="0"/>
              </w:rPr>
              <w:t>Vote-by-mail requests due by</w:t>
            </w:r>
          </w:p>
          <w:p>
            <w:pPr>
              <w:spacing w:after="0" w:before="0"/>
            </w:pPr>
            <w:r>
              <w:rPr>
                <w:b w:val="0"/>
              </w:rPr>
              <w:t>5 p.m. Thursday, February 26, 2099</w:t>
            </w:r>
          </w:p>
        </w:tc>
      </w:tr>
      <w:tr>
        <w:trPr>
          <w:cantSplit/>
        </w:trPr>
        <w:tc>
          <w:tcPr>
            <w:tcW w:type="dxa" w:w="1440"/>
          </w:tcPr>
          <w:p>
            <w:pPr>
              <w:spacing w:after="0" w:before="0"/>
            </w:pPr>
            <w:r>
              <w:rPr>
                <w:b w:val="0"/>
              </w:rPr>
              <w:t>0:10–0:15</w:t>
            </w:r>
          </w:p>
        </w:tc>
        <w:tc>
          <w:tcPr>
            <w:tcW w:type="dxa" w:w="4320"/>
          </w:tcPr>
          <w:p>
            <w:pPr>
              <w:spacing w:after="0" w:before="0" w:line="312" w:lineRule="auto"/>
            </w:pPr>
            <w:r>
              <w:rPr>
                <w:b w:val="0"/>
                <w:sz w:val="24"/>
              </w:rPr>
              <w:t>Request yours at sample county dot example slash vote.</w:t>
            </w:r>
          </w:p>
        </w:tc>
        <w:tc>
          <w:tcPr>
            <w:tcW w:type="dxa" w:w="3600"/>
            <w:shd w:val="clear" w:color="auto" w:fill="F2F2F2"/>
          </w:tcPr>
          <w:p>
            <w:pPr>
              <w:spacing w:after="40" w:before="0"/>
            </w:pPr>
            <w:r>
              <w:rPr>
                <w:b w:val="0"/>
              </w:rPr>
              <w:t>samplecounty.example/vote</w:t>
            </w:r>
          </w:p>
          <w:p>
            <w:pPr>
              <w:spacing w:after="40" w:before="0"/>
            </w:pPr>
            <w:r>
              <w:rPr>
                <w:b w:val="0"/>
              </w:rPr>
              <w:t>or call 555-0100</w:t>
            </w:r>
          </w:p>
          <w:p>
            <w:pPr>
              <w:spacing w:after="0" w:before="0"/>
            </w:pPr>
            <w:r>
              <w:rPr>
                <w:b w:val="0"/>
              </w:rPr>
              <w:t>Sample County Supervisor of Elections</w:t>
            </w:r>
          </w:p>
        </w:tc>
      </w:tr>
    </w:tbl>
    <w:p>
      <w:pPr>
        <w:spacing w:after="200" w:before="80"/>
      </w:pPr>
      <w:r>
        <w:rPr>
          <w:b/>
        </w:rPr>
        <w:t xml:space="preserve">Voice-over word count: </w:t>
      </w:r>
      <w:r>
        <w:rPr>
          <w:b w:val="0"/>
        </w:rPr>
        <w:t>31</w:t>
      </w:r>
      <w:r>
        <w:rPr>
          <w:b/>
        </w:rPr>
        <w:t xml:space="preserve">     About how long it runs: </w:t>
      </w:r>
      <w:r>
        <w:rPr>
          <w:b w:val="0"/>
        </w:rPr>
        <w:t>12 seconds of voice-over. Hold the last screen so the video runs the full 15 seconds.</w:t>
      </w:r>
    </w:p>
    <w:p>
      <w:pPr>
        <w:pStyle w:val="Heading1"/>
      </w:pPr>
      <w:r>
        <w:t>4. Social media posts</w:t>
      </w:r>
    </w:p>
    <w:p>
      <w:r>
        <w:rPr>
          <w:b w:val="0"/>
        </w:rPr>
        <w:t>Option 1 opens with a question. Option 2 states the deadline. Each post comes with a simple graphic and its alt text (a short description that screen readers read aloud for people who can’t see the image). Paste the alt text into the platform’s alt text box when you upload the graphic. The alt text repeats the words on the graphic, so if you change the graphic, change the alt text to match. Instagram alt text is kept under 100 characters to be safe.</w:t>
      </w:r>
    </w:p>
    <w:p>
      <w:pPr>
        <w:pStyle w:val="Heading2"/>
      </w:pPr>
      <w:r>
        <w:t>Facebook</w:t>
      </w:r>
    </w:p>
    <w:p>
      <w:pPr>
        <w:pStyle w:val="Heading3"/>
      </w:pPr>
      <w:r>
        <w:t>Facebook, option 1</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Facebook post option 1"/>
      </w:tblPr>
      <w:tblGrid>
        <w:gridCol w:w="1656"/>
        <w:gridCol w:w="7704"/>
      </w:tblGrid>
      <w:tr>
        <w:trPr>
          <w:cantSplit/>
        </w:trPr>
        <w:tc>
          <w:tcPr>
            <w:tcW w:type="dxa" w:w="1656"/>
            <w:shd w:val="clear" w:color="auto" w:fill="DCE6F2"/>
          </w:tcPr>
          <w:p>
            <w:pPr>
              <w:spacing w:after="0" w:before="0"/>
            </w:pPr>
            <w:r>
              <w:rPr>
                <w:b/>
              </w:rPr>
              <w:t>Post</w:t>
            </w:r>
          </w:p>
        </w:tc>
        <w:tc>
          <w:tcPr>
            <w:tcW w:type="dxa" w:w="7704"/>
          </w:tcPr>
          <w:p>
            <w:pPr>
              <w:spacing w:after="120" w:before="0"/>
            </w:pPr>
            <w:r>
              <w:rPr>
                <w:b w:val="0"/>
              </w:rPr>
              <w:t>Want your ballot mailed for the Sample County Special Election on Tuesday, March 10, 2099?</w:t>
            </w:r>
          </w:p>
          <w:p>
            <w:pPr>
              <w:spacing w:after="120" w:before="0"/>
            </w:pPr>
            <w:r>
              <w:rPr>
                <w:b w:val="0"/>
              </w:rPr>
              <w:t>Your vote-by-mail request must be received by 5 p.m. on Thursday, February 26, 2099.</w:t>
            </w:r>
          </w:p>
          <w:p>
            <w:pPr>
              <w:spacing w:after="120" w:before="0"/>
            </w:pPr>
            <w:r>
              <w:rPr>
                <w:b w:val="0"/>
              </w:rPr>
              <w:t>Request yours:</w:t>
            </w:r>
          </w:p>
          <w:p>
            <w:pPr>
              <w:spacing w:after="120" w:before="0"/>
            </w:pPr>
            <w:r>
              <w:rPr>
                <w:b w:val="0"/>
              </w:rPr>
              <w:t>Online: samplecounty.example/vote</w:t>
            </w:r>
          </w:p>
          <w:p>
            <w:pPr>
              <w:spacing w:after="120" w:before="0"/>
            </w:pPr>
            <w:r>
              <w:rPr>
                <w:b w:val="0"/>
              </w:rPr>
              <w:t>By phone: 555-0100</w:t>
            </w:r>
          </w:p>
          <w:p>
            <w:pPr>
              <w:spacing w:after="0" w:before="0"/>
            </w:pPr>
            <w:r>
              <w:rPr>
                <w:b w:val="0"/>
              </w:rPr>
              <w:t>In person: Supervisor of Elections Office, 123 Example St, Sampleton</w:t>
            </w:r>
          </w:p>
        </w:tc>
      </w:tr>
      <w:tr>
        <w:trPr>
          <w:cantSplit/>
        </w:trPr>
        <w:tc>
          <w:tcPr>
            <w:tcW w:type="dxa" w:w="1656"/>
            <w:shd w:val="clear" w:color="auto" w:fill="DCE6F2"/>
          </w:tcPr>
          <w:p>
            <w:pPr>
              <w:spacing w:after="0" w:before="0"/>
            </w:pPr>
            <w:r>
              <w:rPr>
                <w:b/>
              </w:rPr>
              <w:t>Graphic</w:t>
            </w:r>
          </w:p>
        </w:tc>
        <w:tc>
          <w:tcPr>
            <w:tcW w:type="dxa" w:w="7704"/>
          </w:tcPr>
          <w:p>
            <w:pPr>
              <w:spacing w:after="40" w:before="0"/>
            </w:pPr>
            <w:r>
              <w:rPr>
                <w:b w:val="0"/>
              </w:rPr>
              <w:t>Mailbox icon on a plain background, with these words:</w:t>
            </w:r>
          </w:p>
          <w:p>
            <w:pPr>
              <w:spacing w:after="40" w:before="0"/>
              <w:ind w:left="360"/>
            </w:pPr>
            <w:r>
              <w:rPr>
                <w:b/>
              </w:rPr>
              <w:t>Sample County Special Election</w:t>
            </w:r>
          </w:p>
          <w:p>
            <w:pPr>
              <w:spacing w:after="40" w:before="0"/>
              <w:ind w:left="360"/>
            </w:pPr>
            <w:r>
              <w:rPr>
                <w:b/>
              </w:rPr>
              <w:t>Tuesday, March 10, 2099</w:t>
            </w:r>
          </w:p>
          <w:p>
            <w:pPr>
              <w:spacing w:after="0" w:before="0"/>
              <w:ind w:left="360"/>
            </w:pPr>
            <w:r>
              <w:rPr>
                <w:b/>
              </w:rPr>
              <w:t>Vote-by-mail requests due by 5 p.m. Thursday, February 26, 2099</w:t>
            </w:r>
          </w:p>
        </w:tc>
      </w:tr>
      <w:tr>
        <w:trPr>
          <w:cantSplit/>
        </w:trPr>
        <w:tc>
          <w:tcPr>
            <w:tcW w:type="dxa" w:w="1656"/>
            <w:shd w:val="clear" w:color="auto" w:fill="DCE6F2"/>
          </w:tcPr>
          <w:p>
            <w:pPr>
              <w:spacing w:after="0" w:before="0"/>
            </w:pPr>
            <w:r>
              <w:rPr>
                <w:b/>
              </w:rPr>
              <w:t>Alt text</w:t>
            </w:r>
          </w:p>
        </w:tc>
        <w:tc>
          <w:tcPr>
            <w:tcW w:type="dxa" w:w="7704"/>
          </w:tcPr>
          <w:p>
            <w:pPr>
              <w:spacing w:after="40" w:before="0"/>
            </w:pPr>
            <w:r>
              <w:rPr>
                <w:b w:val="0"/>
              </w:rPr>
              <w:t>Sample County Special Election, Tuesday, March 10, 2099. Vote-by-mail requests due by 5 p.m. Thursday, February 26, 2099.</w:t>
            </w:r>
          </w:p>
          <w:p>
            <w:pPr>
              <w:spacing w:after="0" w:before="0"/>
            </w:pPr>
            <w:r>
              <w:rPr>
                <w:b w:val="0"/>
                <w:color w:val="404040"/>
                <w:sz w:val="18"/>
              </w:rPr>
              <w:t>121 characters</w:t>
            </w:r>
          </w:p>
        </w:tc>
      </w:tr>
    </w:tbl>
    <w:p>
      <w:pPr>
        <w:spacing w:after="40"/>
      </w:pPr>
      <w:r>
        <w:rPr>
          <w:b w:val="0"/>
        </w:rPr>
      </w:r>
    </w:p>
    <w:p>
      <w:pPr>
        <w:pStyle w:val="Heading3"/>
      </w:pPr>
      <w:r>
        <w:t>Facebook, option 2</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Facebook post option 2"/>
      </w:tblPr>
      <w:tblGrid>
        <w:gridCol w:w="1656"/>
        <w:gridCol w:w="7704"/>
      </w:tblGrid>
      <w:tr>
        <w:trPr>
          <w:cantSplit/>
        </w:trPr>
        <w:tc>
          <w:tcPr>
            <w:tcW w:type="dxa" w:w="1656"/>
            <w:shd w:val="clear" w:color="auto" w:fill="DCE6F2"/>
          </w:tcPr>
          <w:p>
            <w:pPr>
              <w:spacing w:after="0" w:before="0"/>
            </w:pPr>
            <w:r>
              <w:rPr>
                <w:b/>
              </w:rPr>
              <w:t>Post</w:t>
            </w:r>
          </w:p>
        </w:tc>
        <w:tc>
          <w:tcPr>
            <w:tcW w:type="dxa" w:w="7704"/>
          </w:tcPr>
          <w:p>
            <w:pPr>
              <w:spacing w:after="120" w:before="0"/>
            </w:pPr>
            <w:r>
              <w:rPr>
                <w:b w:val="0"/>
              </w:rPr>
              <w:t>A reminder from Sample County Supervisor of Elections Pat Placeholder: The Sample County Special Election is Tuesday, March 10, 2099. Requests to have a vote-by-mail ballot mailed must be received by 5 p.m. on Thursday, February 26, 2099.</w:t>
            </w:r>
          </w:p>
          <w:p>
            <w:pPr>
              <w:spacing w:after="0" w:before="0"/>
            </w:pPr>
            <w:r>
              <w:rPr>
                <w:b w:val="0"/>
              </w:rPr>
              <w:t>Request one at samplecounty.example/vote or call 555-0100.</w:t>
            </w:r>
          </w:p>
        </w:tc>
      </w:tr>
      <w:tr>
        <w:trPr>
          <w:cantSplit/>
        </w:trPr>
        <w:tc>
          <w:tcPr>
            <w:tcW w:type="dxa" w:w="1656"/>
            <w:shd w:val="clear" w:color="auto" w:fill="DCE6F2"/>
          </w:tcPr>
          <w:p>
            <w:pPr>
              <w:spacing w:after="0" w:before="0"/>
            </w:pPr>
            <w:r>
              <w:rPr>
                <w:b/>
              </w:rPr>
              <w:t>Graphic</w:t>
            </w:r>
          </w:p>
        </w:tc>
        <w:tc>
          <w:tcPr>
            <w:tcW w:type="dxa" w:w="7704"/>
          </w:tcPr>
          <w:p>
            <w:pPr>
              <w:spacing w:after="40" w:before="0"/>
            </w:pPr>
            <w:r>
              <w:rPr>
                <w:b w:val="0"/>
              </w:rPr>
              <w:t>Three simple icons (a computer, a phone, and a building) on a plain background, with these words:</w:t>
            </w:r>
          </w:p>
          <w:p>
            <w:pPr>
              <w:spacing w:after="40" w:before="0"/>
              <w:ind w:left="360"/>
            </w:pPr>
            <w:r>
              <w:rPr>
                <w:b/>
              </w:rPr>
              <w:t>Vote-by-mail requests due by 5 p.m. Thursday, February 26, 2099</w:t>
            </w:r>
          </w:p>
          <w:p>
            <w:pPr>
              <w:spacing w:after="40" w:before="0"/>
              <w:ind w:left="360"/>
            </w:pPr>
            <w:r>
              <w:rPr>
                <w:b/>
              </w:rPr>
              <w:t>Online: samplecounty.example/vote</w:t>
            </w:r>
          </w:p>
          <w:p>
            <w:pPr>
              <w:spacing w:after="40" w:before="0"/>
              <w:ind w:left="360"/>
            </w:pPr>
            <w:r>
              <w:rPr>
                <w:b/>
              </w:rPr>
              <w:t>Phone: 555-0100</w:t>
            </w:r>
          </w:p>
          <w:p>
            <w:pPr>
              <w:spacing w:after="0" w:before="0"/>
              <w:ind w:left="360"/>
            </w:pPr>
            <w:r>
              <w:rPr>
                <w:b/>
              </w:rPr>
              <w:t>In person: Supervisor of Elections Office, 123 Example St, Sampleton</w:t>
            </w:r>
          </w:p>
        </w:tc>
      </w:tr>
      <w:tr>
        <w:trPr>
          <w:cantSplit/>
        </w:trPr>
        <w:tc>
          <w:tcPr>
            <w:tcW w:type="dxa" w:w="1656"/>
            <w:shd w:val="clear" w:color="auto" w:fill="DCE6F2"/>
          </w:tcPr>
          <w:p>
            <w:pPr>
              <w:spacing w:after="0" w:before="0"/>
            </w:pPr>
            <w:r>
              <w:rPr>
                <w:b/>
              </w:rPr>
              <w:t>Alt text</w:t>
            </w:r>
          </w:p>
        </w:tc>
        <w:tc>
          <w:tcPr>
            <w:tcW w:type="dxa" w:w="7704"/>
          </w:tcPr>
          <w:p>
            <w:pPr>
              <w:spacing w:after="40" w:before="0"/>
            </w:pPr>
            <w:r>
              <w:rPr>
                <w:b w:val="0"/>
              </w:rPr>
              <w:t>Vote-by-mail requests due by 5 p.m. Thursday, February 26, 2099. Online: samplecounty.example/vote. Phone: 555-0100. In person: Supervisor of Elections Office, 123 Example St, Sampleton.</w:t>
            </w:r>
          </w:p>
          <w:p>
            <w:pPr>
              <w:spacing w:after="0" w:before="0"/>
            </w:pPr>
            <w:r>
              <w:rPr>
                <w:b w:val="0"/>
                <w:color w:val="404040"/>
                <w:sz w:val="18"/>
              </w:rPr>
              <w:t>186 characters</w:t>
            </w:r>
          </w:p>
        </w:tc>
      </w:tr>
    </w:tbl>
    <w:p>
      <w:pPr>
        <w:spacing w:after="40"/>
      </w:pPr>
      <w:r>
        <w:rPr>
          <w:b w:val="0"/>
        </w:rPr>
      </w:r>
    </w:p>
    <w:p>
      <w:pPr>
        <w:pStyle w:val="Heading2"/>
      </w:pPr>
      <w:r>
        <w:t>Instagram</w:t>
      </w:r>
    </w:p>
    <w:p>
      <w:pPr>
        <w:pStyle w:val="Heading3"/>
      </w:pPr>
      <w:r>
        <w:t>Instagram, option 1</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Instagram post option 1"/>
      </w:tblPr>
      <w:tblGrid>
        <w:gridCol w:w="1656"/>
        <w:gridCol w:w="7704"/>
      </w:tblGrid>
      <w:tr>
        <w:trPr>
          <w:cantSplit/>
        </w:trPr>
        <w:tc>
          <w:tcPr>
            <w:tcW w:type="dxa" w:w="1656"/>
            <w:shd w:val="clear" w:color="auto" w:fill="DCE6F2"/>
          </w:tcPr>
          <w:p>
            <w:pPr>
              <w:spacing w:after="0" w:before="0"/>
            </w:pPr>
            <w:r>
              <w:rPr>
                <w:b/>
              </w:rPr>
              <w:t>Post</w:t>
            </w:r>
          </w:p>
        </w:tc>
        <w:tc>
          <w:tcPr>
            <w:tcW w:type="dxa" w:w="7704"/>
          </w:tcPr>
          <w:p>
            <w:pPr>
              <w:spacing w:after="120" w:before="0"/>
            </w:pPr>
            <w:r>
              <w:rPr>
                <w:b w:val="0"/>
              </w:rPr>
              <w:t>Voting by mail in the Sample County Special Election on Tuesday, March 10, 2099?</w:t>
            </w:r>
          </w:p>
          <w:p>
            <w:pPr>
              <w:spacing w:after="120" w:before="0"/>
            </w:pPr>
            <w:r>
              <w:rPr>
                <w:b w:val="0"/>
              </w:rPr>
              <w:t>If you want your ballot mailed to you, your request must be received by 5 p.m. on Thursday, February 26, 2099.</w:t>
            </w:r>
          </w:p>
          <w:p>
            <w:pPr>
              <w:spacing w:after="0" w:before="0"/>
            </w:pPr>
            <w:r>
              <w:rPr>
                <w:b w:val="0"/>
              </w:rPr>
              <w:t>Request online at samplecounty.example/vote, call 555-0100, or visit the Supervisor of Elections Office, 123 Example St, Sampleton.</w:t>
            </w:r>
          </w:p>
        </w:tc>
      </w:tr>
      <w:tr>
        <w:trPr>
          <w:cantSplit/>
        </w:trPr>
        <w:tc>
          <w:tcPr>
            <w:tcW w:type="dxa" w:w="1656"/>
            <w:shd w:val="clear" w:color="auto" w:fill="DCE6F2"/>
          </w:tcPr>
          <w:p>
            <w:pPr>
              <w:spacing w:after="0" w:before="0"/>
            </w:pPr>
            <w:r>
              <w:rPr>
                <w:b/>
              </w:rPr>
              <w:t>Graphic</w:t>
            </w:r>
          </w:p>
        </w:tc>
        <w:tc>
          <w:tcPr>
            <w:tcW w:type="dxa" w:w="7704"/>
          </w:tcPr>
          <w:p>
            <w:pPr>
              <w:spacing w:after="40" w:before="0"/>
            </w:pPr>
            <w:r>
              <w:rPr>
                <w:b w:val="0"/>
              </w:rPr>
              <w:t>Envelope icon on a plain background, with these words:</w:t>
            </w:r>
          </w:p>
          <w:p>
            <w:pPr>
              <w:spacing w:after="40" w:before="0"/>
              <w:ind w:left="360"/>
            </w:pPr>
            <w:r>
              <w:rPr>
                <w:b/>
              </w:rPr>
              <w:t>Want your ballot mailed?</w:t>
            </w:r>
          </w:p>
          <w:p>
            <w:pPr>
              <w:spacing w:after="0" w:before="0"/>
              <w:ind w:left="360"/>
            </w:pPr>
            <w:r>
              <w:rPr>
                <w:b/>
              </w:rPr>
              <w:t>Requests must be received by 5 p.m. Thursday, February 26, 2099</w:t>
            </w:r>
          </w:p>
        </w:tc>
      </w:tr>
      <w:tr>
        <w:trPr>
          <w:cantSplit/>
        </w:trPr>
        <w:tc>
          <w:tcPr>
            <w:tcW w:type="dxa" w:w="1656"/>
            <w:shd w:val="clear" w:color="auto" w:fill="DCE6F2"/>
          </w:tcPr>
          <w:p>
            <w:pPr>
              <w:spacing w:after="0" w:before="0"/>
            </w:pPr>
            <w:r>
              <w:rPr>
                <w:b/>
              </w:rPr>
              <w:t>Alt text</w:t>
            </w:r>
          </w:p>
        </w:tc>
        <w:tc>
          <w:tcPr>
            <w:tcW w:type="dxa" w:w="7704"/>
          </w:tcPr>
          <w:p>
            <w:pPr>
              <w:spacing w:after="40" w:before="0"/>
            </w:pPr>
            <w:r>
              <w:rPr>
                <w:b w:val="0"/>
              </w:rPr>
              <w:t>Want your ballot mailed? Requests must be received by 5 p.m. Thursday, February 26, 2099.</w:t>
            </w:r>
          </w:p>
          <w:p>
            <w:pPr>
              <w:spacing w:after="0" w:before="0"/>
            </w:pPr>
            <w:r>
              <w:rPr>
                <w:b w:val="0"/>
                <w:color w:val="404040"/>
                <w:sz w:val="18"/>
              </w:rPr>
              <w:t>89 characters</w:t>
            </w:r>
          </w:p>
        </w:tc>
      </w:tr>
    </w:tbl>
    <w:p>
      <w:pPr>
        <w:spacing w:after="40"/>
      </w:pPr>
      <w:r>
        <w:rPr>
          <w:b w:val="0"/>
        </w:rPr>
      </w:r>
    </w:p>
    <w:p>
      <w:pPr>
        <w:pStyle w:val="Heading3"/>
      </w:pPr>
      <w:r>
        <w:t>Instagram, option 2</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Instagram post option 2"/>
      </w:tblPr>
      <w:tblGrid>
        <w:gridCol w:w="1656"/>
        <w:gridCol w:w="7704"/>
      </w:tblGrid>
      <w:tr>
        <w:trPr>
          <w:cantSplit/>
        </w:trPr>
        <w:tc>
          <w:tcPr>
            <w:tcW w:type="dxa" w:w="1656"/>
            <w:shd w:val="clear" w:color="auto" w:fill="DCE6F2"/>
          </w:tcPr>
          <w:p>
            <w:pPr>
              <w:spacing w:after="0" w:before="0"/>
            </w:pPr>
            <w:r>
              <w:rPr>
                <w:b/>
              </w:rPr>
              <w:t>Post</w:t>
            </w:r>
          </w:p>
        </w:tc>
        <w:tc>
          <w:tcPr>
            <w:tcW w:type="dxa" w:w="7704"/>
          </w:tcPr>
          <w:p>
            <w:pPr>
              <w:spacing w:after="120" w:before="0"/>
            </w:pPr>
            <w:r>
              <w:rPr>
                <w:b w:val="0"/>
              </w:rPr>
              <w:t>Mark your calendar: vote-by-mail requests for the Sample County Special Election must be received by 5 p.m. on Thursday, February 26, 2099.</w:t>
            </w:r>
          </w:p>
          <w:p>
            <w:pPr>
              <w:spacing w:after="0" w:before="0"/>
            </w:pPr>
            <w:r>
              <w:rPr>
                <w:b w:val="0"/>
              </w:rPr>
              <w:t>Request a ballot at samplecounty.example/vote or call 555-0100.</w:t>
            </w:r>
          </w:p>
        </w:tc>
      </w:tr>
      <w:tr>
        <w:trPr>
          <w:cantSplit/>
        </w:trPr>
        <w:tc>
          <w:tcPr>
            <w:tcW w:type="dxa" w:w="1656"/>
            <w:shd w:val="clear" w:color="auto" w:fill="DCE6F2"/>
          </w:tcPr>
          <w:p>
            <w:pPr>
              <w:spacing w:after="0" w:before="0"/>
            </w:pPr>
            <w:r>
              <w:rPr>
                <w:b/>
              </w:rPr>
              <w:t>Graphic</w:t>
            </w:r>
          </w:p>
        </w:tc>
        <w:tc>
          <w:tcPr>
            <w:tcW w:type="dxa" w:w="7704"/>
          </w:tcPr>
          <w:p>
            <w:pPr>
              <w:spacing w:after="40" w:before="0"/>
            </w:pPr>
            <w:r>
              <w:rPr>
                <w:b w:val="0"/>
              </w:rPr>
              <w:t>Calendar icon on a plain background, with these words:</w:t>
            </w:r>
          </w:p>
          <w:p>
            <w:pPr>
              <w:spacing w:after="40" w:before="0"/>
              <w:ind w:left="360"/>
            </w:pPr>
            <w:r>
              <w:rPr>
                <w:b/>
              </w:rPr>
              <w:t>Vote-by-mail requests due by</w:t>
            </w:r>
          </w:p>
          <w:p>
            <w:pPr>
              <w:spacing w:after="40" w:before="0"/>
              <w:ind w:left="360"/>
            </w:pPr>
            <w:r>
              <w:rPr>
                <w:b/>
              </w:rPr>
              <w:t>5 p.m. Thursday, February 26, 2099</w:t>
            </w:r>
          </w:p>
          <w:p>
            <w:pPr>
              <w:spacing w:after="0" w:before="0"/>
              <w:ind w:left="360"/>
            </w:pPr>
            <w:r>
              <w:rPr>
                <w:b/>
              </w:rPr>
              <w:t>samplecounty.example/vote</w:t>
            </w:r>
          </w:p>
        </w:tc>
      </w:tr>
      <w:tr>
        <w:trPr>
          <w:cantSplit/>
        </w:trPr>
        <w:tc>
          <w:tcPr>
            <w:tcW w:type="dxa" w:w="1656"/>
            <w:shd w:val="clear" w:color="auto" w:fill="DCE6F2"/>
          </w:tcPr>
          <w:p>
            <w:pPr>
              <w:spacing w:after="0" w:before="0"/>
            </w:pPr>
            <w:r>
              <w:rPr>
                <w:b/>
              </w:rPr>
              <w:t>Alt text</w:t>
            </w:r>
          </w:p>
        </w:tc>
        <w:tc>
          <w:tcPr>
            <w:tcW w:type="dxa" w:w="7704"/>
          </w:tcPr>
          <w:p>
            <w:pPr>
              <w:spacing w:after="40" w:before="0"/>
            </w:pPr>
            <w:r>
              <w:rPr>
                <w:b w:val="0"/>
              </w:rPr>
              <w:t>Vote-by-mail requests due by 5 p.m. Thursday, February 26, 2099. samplecounty.example/vote</w:t>
            </w:r>
          </w:p>
          <w:p>
            <w:pPr>
              <w:spacing w:after="0" w:before="0"/>
            </w:pPr>
            <w:r>
              <w:rPr>
                <w:b w:val="0"/>
                <w:color w:val="404040"/>
                <w:sz w:val="18"/>
              </w:rPr>
              <w:t>90 characters</w:t>
            </w:r>
          </w:p>
        </w:tc>
      </w:tr>
    </w:tbl>
    <w:p>
      <w:pPr>
        <w:spacing w:after="40"/>
      </w:pPr>
      <w:r>
        <w:rPr>
          <w:b w:val="0"/>
        </w:rPr>
      </w:r>
    </w:p>
    <w:p>
      <w:pPr>
        <w:pStyle w:val="Heading2"/>
      </w:pPr>
      <w:r>
        <w:t>X</w:t>
      </w:r>
    </w:p>
    <w:p>
      <w:pPr>
        <w:pStyle w:val="Heading3"/>
      </w:pPr>
      <w:r>
        <w:t>X, option 1</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X post option 1"/>
      </w:tblPr>
      <w:tblGrid>
        <w:gridCol w:w="1656"/>
        <w:gridCol w:w="7704"/>
      </w:tblGrid>
      <w:tr>
        <w:trPr>
          <w:cantSplit/>
        </w:trPr>
        <w:tc>
          <w:tcPr>
            <w:tcW w:type="dxa" w:w="1656"/>
            <w:shd w:val="clear" w:color="auto" w:fill="DCE6F2"/>
          </w:tcPr>
          <w:p>
            <w:pPr>
              <w:spacing w:after="0" w:before="0"/>
            </w:pPr>
            <w:r>
              <w:rPr>
                <w:b/>
              </w:rPr>
              <w:t>Post</w:t>
            </w:r>
          </w:p>
        </w:tc>
        <w:tc>
          <w:tcPr>
            <w:tcW w:type="dxa" w:w="7704"/>
          </w:tcPr>
          <w:p>
            <w:pPr>
              <w:spacing w:after="0" w:before="0"/>
            </w:pPr>
            <w:r>
              <w:rPr>
                <w:b w:val="0"/>
              </w:rPr>
              <w:t>Want your ballot mailed for the Sample County Special Election on Tuesday, March 10, 2099? Your request must be received by 5 p.m. on Thursday, February 26, 2099. Request one at samplecounty.example/vote or call 555-0100.</w:t>
            </w:r>
          </w:p>
        </w:tc>
      </w:tr>
      <w:tr>
        <w:trPr>
          <w:cantSplit/>
        </w:trPr>
        <w:tc>
          <w:tcPr>
            <w:tcW w:type="dxa" w:w="1656"/>
            <w:shd w:val="clear" w:color="auto" w:fill="DCE6F2"/>
          </w:tcPr>
          <w:p>
            <w:pPr>
              <w:spacing w:after="0" w:before="0"/>
            </w:pPr>
            <w:r>
              <w:rPr>
                <w:b/>
              </w:rPr>
              <w:t>Graphic</w:t>
            </w:r>
          </w:p>
        </w:tc>
        <w:tc>
          <w:tcPr>
            <w:tcW w:type="dxa" w:w="7704"/>
          </w:tcPr>
          <w:p>
            <w:pPr>
              <w:spacing w:after="40" w:before="0"/>
            </w:pPr>
            <w:r>
              <w:rPr>
                <w:b w:val="0"/>
              </w:rPr>
              <w:t>Calendar icon on a plain background, with these words:</w:t>
            </w:r>
          </w:p>
          <w:p>
            <w:pPr>
              <w:spacing w:after="40" w:before="0"/>
              <w:ind w:left="360"/>
            </w:pPr>
            <w:r>
              <w:rPr>
                <w:b/>
              </w:rPr>
              <w:t>Vote-by-mail requests due by</w:t>
            </w:r>
          </w:p>
          <w:p>
            <w:pPr>
              <w:spacing w:after="40" w:before="0"/>
              <w:ind w:left="360"/>
            </w:pPr>
            <w:r>
              <w:rPr>
                <w:b/>
              </w:rPr>
              <w:t>5 p.m. Thursday, February 26, 2099</w:t>
            </w:r>
          </w:p>
          <w:p>
            <w:pPr>
              <w:spacing w:after="0" w:before="0"/>
              <w:ind w:left="360"/>
            </w:pPr>
            <w:r>
              <w:rPr>
                <w:b/>
              </w:rPr>
              <w:t>samplecounty.example/vote</w:t>
            </w:r>
          </w:p>
        </w:tc>
      </w:tr>
      <w:tr>
        <w:trPr>
          <w:cantSplit/>
        </w:trPr>
        <w:tc>
          <w:tcPr>
            <w:tcW w:type="dxa" w:w="1656"/>
            <w:shd w:val="clear" w:color="auto" w:fill="DCE6F2"/>
          </w:tcPr>
          <w:p>
            <w:pPr>
              <w:spacing w:after="0" w:before="0"/>
            </w:pPr>
            <w:r>
              <w:rPr>
                <w:b/>
              </w:rPr>
              <w:t>Alt text</w:t>
            </w:r>
          </w:p>
        </w:tc>
        <w:tc>
          <w:tcPr>
            <w:tcW w:type="dxa" w:w="7704"/>
          </w:tcPr>
          <w:p>
            <w:pPr>
              <w:spacing w:after="40" w:before="0"/>
            </w:pPr>
            <w:r>
              <w:rPr>
                <w:b w:val="0"/>
              </w:rPr>
              <w:t>Vote-by-mail requests due by 5 p.m. Thursday, February 26, 2099. samplecounty.example/vote</w:t>
            </w:r>
          </w:p>
          <w:p>
            <w:pPr>
              <w:spacing w:after="0" w:before="0"/>
            </w:pPr>
            <w:r>
              <w:rPr>
                <w:b w:val="0"/>
                <w:color w:val="404040"/>
                <w:sz w:val="18"/>
              </w:rPr>
              <w:t>90 characters</w:t>
            </w:r>
          </w:p>
        </w:tc>
      </w:tr>
      <w:tr>
        <w:trPr>
          <w:cantSplit/>
        </w:trPr>
        <w:tc>
          <w:tcPr>
            <w:tcW w:type="dxa" w:w="1656"/>
            <w:shd w:val="clear" w:color="auto" w:fill="DCE6F2"/>
          </w:tcPr>
          <w:p>
            <w:pPr>
              <w:spacing w:after="0" w:before="0"/>
            </w:pPr>
            <w:r>
              <w:rPr>
                <w:b/>
              </w:rPr>
              <w:t>Length</w:t>
            </w:r>
          </w:p>
        </w:tc>
        <w:tc>
          <w:tcPr>
            <w:tcW w:type="dxa" w:w="7704"/>
          </w:tcPr>
          <w:p>
            <w:pPr>
              <w:spacing w:after="0" w:before="0"/>
            </w:pPr>
            <w:r>
              <w:rPr>
                <w:b w:val="0"/>
              </w:rPr>
              <w:t>221 characters (X allows 280)</w:t>
            </w:r>
          </w:p>
        </w:tc>
      </w:tr>
    </w:tbl>
    <w:p>
      <w:pPr>
        <w:spacing w:after="40"/>
      </w:pPr>
      <w:r>
        <w:rPr>
          <w:b w:val="0"/>
        </w:rPr>
      </w:r>
    </w:p>
    <w:p>
      <w:pPr>
        <w:pStyle w:val="Heading3"/>
      </w:pPr>
      <w:r>
        <w:t>X, option 2</w:t>
      </w:r>
    </w:p>
    <w:tbl>
      <w:tblPr>
        <w:tblW w:w="93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00" w:type="dxa"/>
          <w:left w:w="140" w:type="dxa"/>
          <w:bottom w:w="100" w:type="dxa"/>
          <w:right w:w="140" w:type="dxa"/>
        </w:tblCellMar>
        <w:tblLook w:firstColumn="1" w:firstRow="1" w:lastColumn="0" w:lastRow="0" w:noHBand="0" w:noVBand="1" w:val="04A0"/>
        <w:tblCaption w:val="X post option 2"/>
      </w:tblPr>
      <w:tblGrid>
        <w:gridCol w:w="1656"/>
        <w:gridCol w:w="7704"/>
      </w:tblGrid>
      <w:tr>
        <w:trPr>
          <w:cantSplit/>
        </w:trPr>
        <w:tc>
          <w:tcPr>
            <w:tcW w:type="dxa" w:w="1656"/>
            <w:shd w:val="clear" w:color="auto" w:fill="DCE6F2"/>
          </w:tcPr>
          <w:p>
            <w:pPr>
              <w:spacing w:after="0" w:before="0"/>
            </w:pPr>
            <w:r>
              <w:rPr>
                <w:b/>
              </w:rPr>
              <w:t>Post</w:t>
            </w:r>
          </w:p>
        </w:tc>
        <w:tc>
          <w:tcPr>
            <w:tcW w:type="dxa" w:w="7704"/>
          </w:tcPr>
          <w:p>
            <w:pPr>
              <w:spacing w:after="0" w:before="0"/>
            </w:pPr>
            <w:r>
              <w:rPr>
                <w:b w:val="0"/>
              </w:rPr>
              <w:t>Deadline reminder: vote-by-mail requests for the March 10 special election must be received by 5 p.m. on Thursday, February 26, 2099. Request a ballot at samplecounty.example/vote or call 555-0100.</w:t>
            </w:r>
          </w:p>
        </w:tc>
      </w:tr>
      <w:tr>
        <w:trPr>
          <w:cantSplit/>
        </w:trPr>
        <w:tc>
          <w:tcPr>
            <w:tcW w:type="dxa" w:w="1656"/>
            <w:shd w:val="clear" w:color="auto" w:fill="DCE6F2"/>
          </w:tcPr>
          <w:p>
            <w:pPr>
              <w:spacing w:after="0" w:before="0"/>
            </w:pPr>
            <w:r>
              <w:rPr>
                <w:b/>
              </w:rPr>
              <w:t>Graphic</w:t>
            </w:r>
          </w:p>
        </w:tc>
        <w:tc>
          <w:tcPr>
            <w:tcW w:type="dxa" w:w="7704"/>
          </w:tcPr>
          <w:p>
            <w:pPr>
              <w:spacing w:after="40" w:before="0"/>
            </w:pPr>
            <w:r>
              <w:rPr>
                <w:b w:val="0"/>
              </w:rPr>
              <w:t>Mailbox icon on a plain background, with these words:</w:t>
            </w:r>
          </w:p>
          <w:p>
            <w:pPr>
              <w:spacing w:after="40" w:before="0"/>
              <w:ind w:left="360"/>
            </w:pPr>
            <w:r>
              <w:rPr>
                <w:b/>
              </w:rPr>
              <w:t>Sample County Special Election</w:t>
            </w:r>
          </w:p>
          <w:p>
            <w:pPr>
              <w:spacing w:after="40" w:before="0"/>
              <w:ind w:left="360"/>
            </w:pPr>
            <w:r>
              <w:rPr>
                <w:b/>
              </w:rPr>
              <w:t>Tuesday, March 10, 2099</w:t>
            </w:r>
          </w:p>
          <w:p>
            <w:pPr>
              <w:spacing w:after="0" w:before="0"/>
              <w:ind w:left="360"/>
            </w:pPr>
            <w:r>
              <w:rPr>
                <w:b/>
              </w:rPr>
              <w:t>Vote-by-mail requests due by 5 p.m. Thursday, February 26, 2099</w:t>
            </w:r>
          </w:p>
        </w:tc>
      </w:tr>
      <w:tr>
        <w:trPr>
          <w:cantSplit/>
        </w:trPr>
        <w:tc>
          <w:tcPr>
            <w:tcW w:type="dxa" w:w="1656"/>
            <w:shd w:val="clear" w:color="auto" w:fill="DCE6F2"/>
          </w:tcPr>
          <w:p>
            <w:pPr>
              <w:spacing w:after="0" w:before="0"/>
            </w:pPr>
            <w:r>
              <w:rPr>
                <w:b/>
              </w:rPr>
              <w:t>Alt text</w:t>
            </w:r>
          </w:p>
        </w:tc>
        <w:tc>
          <w:tcPr>
            <w:tcW w:type="dxa" w:w="7704"/>
          </w:tcPr>
          <w:p>
            <w:pPr>
              <w:spacing w:after="40" w:before="0"/>
            </w:pPr>
            <w:r>
              <w:rPr>
                <w:b w:val="0"/>
              </w:rPr>
              <w:t>Sample County Special Election, Tuesday, March 10, 2099. Vote-by-mail requests due by 5 p.m. Thursday, February 26, 2099.</w:t>
            </w:r>
          </w:p>
          <w:p>
            <w:pPr>
              <w:spacing w:after="0" w:before="0"/>
            </w:pPr>
            <w:r>
              <w:rPr>
                <w:b w:val="0"/>
                <w:color w:val="404040"/>
                <w:sz w:val="18"/>
              </w:rPr>
              <w:t>121 characters</w:t>
            </w:r>
          </w:p>
        </w:tc>
      </w:tr>
      <w:tr>
        <w:trPr>
          <w:cantSplit/>
        </w:trPr>
        <w:tc>
          <w:tcPr>
            <w:tcW w:type="dxa" w:w="1656"/>
            <w:shd w:val="clear" w:color="auto" w:fill="DCE6F2"/>
          </w:tcPr>
          <w:p>
            <w:pPr>
              <w:spacing w:after="0" w:before="0"/>
            </w:pPr>
            <w:r>
              <w:rPr>
                <w:b/>
              </w:rPr>
              <w:t>Length</w:t>
            </w:r>
          </w:p>
        </w:tc>
        <w:tc>
          <w:tcPr>
            <w:tcW w:type="dxa" w:w="7704"/>
          </w:tcPr>
          <w:p>
            <w:pPr>
              <w:spacing w:after="0" w:before="0"/>
            </w:pPr>
            <w:r>
              <w:rPr>
                <w:b w:val="0"/>
              </w:rPr>
              <w:t>197 characters (X allows 280)</w:t>
            </w:r>
          </w:p>
        </w:tc>
      </w:tr>
    </w:tbl>
    <w:p>
      <w:pPr>
        <w:spacing w:after="40"/>
      </w:pPr>
      <w:r>
        <w:rPr>
          <w:b w:val="0"/>
        </w:rPr>
      </w:r>
    </w:p>
    <w:p>
      <w:pPr>
        <w:pStyle w:val="Heading1"/>
      </w:pPr>
      <w:r>
        <w:t>5. Notes for the reviewer</w:t>
      </w:r>
    </w:p>
    <w:p>
      <w:pPr>
        <w:pStyle w:val="ListBullet"/>
        <w:spacing w:after="60"/>
      </w:pPr>
      <w:r>
        <w:rPr>
          <w:b w:val="0"/>
        </w:rPr>
        <w:t>No area code, hashtags, or emojis were added, because the release doesn’t have them. Add your usual hashtags if you use them.</w:t>
      </w:r>
    </w:p>
    <w:p>
      <w:pPr>
        <w:pStyle w:val="ListBullet"/>
        <w:spacing w:after="60"/>
      </w:pPr>
      <w:r>
        <w:rPr>
          <w:b w:val="0"/>
        </w:rPr>
        <w:t>The media contact line (Communications Office, 555-0100) is for stations and reporters, so it isn’t in the public scripts or posts.</w:t>
      </w:r>
    </w:p>
    <w:p>
      <w:pPr>
        <w:pStyle w:val="ListBullet"/>
        <w:spacing w:after="60"/>
      </w:pPr>
      <w:r>
        <w:rPr>
          <w:b w:val="0"/>
        </w:rPr>
        <w:t>Instagram: the caption spells out samplecounty.example/vote. If that link is in your Instagram bio, you can add “Link in bio.”</w:t>
      </w:r>
    </w:p>
    <w:p>
      <w:pPr>
        <w:pStyle w:val="ListBullet"/>
        <w:spacing w:after="60"/>
      </w:pPr>
      <w:r>
        <w:rPr>
          <w:b w:val="0"/>
        </w:rPr>
        <w:t>Open samplecounty.example/vote once before posting to make sure it goes to the request page.</w:t>
      </w:r>
    </w:p>
    <w:p>
      <w:pPr>
        <w:pStyle w:val="ListBullet"/>
        <w:spacing w:after="60"/>
      </w:pPr>
      <w:r>
        <w:rPr>
          <w:b w:val="0"/>
        </w:rPr>
        <w:t>Schedule the last posts, and tell stations to stop airing the spots, before 5 p.m. Thursday, February 26, 2099.</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404040"/>
        <w:sz w:val="18"/>
      </w:rPr>
      <w:t xml:space="preserve">DRAFT for approval  ·  Vote-by-mail request deadline: PSA scripts and posts  ·  Page </w:t>
    </w:r>
    <w:r>
      <w:rPr>
        <w:color w:val="404040"/>
        <w:sz w:val="18"/>
      </w:rPr>
      <w:fldChar w:fldCharType="begin"/>
    </w:r>
    <w:r>
      <w:rPr>
        <w:color w:val="404040"/>
        <w:sz w:val="18"/>
      </w:rPr>
      <w:instrText xml:space="preserve"> PAGE </w:instrText>
    </w:r>
    <w:r>
      <w:rPr>
        <w:color w:val="404040"/>
        <w:sz w:val="18"/>
      </w:rPr>
      <w:fldChar w:fldCharType="separate"/>
    </w:r>
    <w:r>
      <w:rPr>
        <w:color w:val="404040"/>
        <w:sz w:val="18"/>
      </w:rPr>
      <w:t>1</w:t>
    </w:r>
    <w:r>
      <w:rPr>
        <w:color w:val="404040"/>
        <w:sz w:val="18"/>
      </w:rPr>
      <w:fldChar w:fldCharType="end"/>
    </w:r>
    <w:r>
      <w:rPr>
        <w:b w:val="0"/>
        <w:color w:val="404040"/>
        <w:sz w:val="18"/>
      </w:rPr>
      <w:t xml:space="preserve"> of </w:t>
    </w:r>
    <w:r>
      <w:rPr>
        <w:color w:val="404040"/>
        <w:sz w:val="18"/>
      </w:rPr>
      <w:fldChar w:fldCharType="begin"/>
    </w:r>
    <w:r>
      <w:rPr>
        <w:color w:val="404040"/>
        <w:sz w:val="18"/>
      </w:rPr>
      <w:instrText xml:space="preserve"> NUMPAGES </w:instrText>
    </w:r>
    <w:r>
      <w:rPr>
        <w:color w:val="404040"/>
        <w:sz w:val="18"/>
      </w:rPr>
      <w:fldChar w:fldCharType="separate"/>
    </w:r>
    <w:r>
      <w:rPr>
        <w:color w:val="404040"/>
        <w:sz w:val="18"/>
      </w:rPr>
      <w:t>1</w:t>
    </w:r>
    <w:r>
      <w:rPr>
        <w:color w:val="404040"/>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s="Calibri"/>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Calibri" w:hAnsi="Calibri" w:eastAsia="Calibri" w:cs="Calibri"/>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Calibri" w:hAnsi="Calibri" w:eastAsia="Calibri" w:cs="Calibri"/>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Calibri" w:hAnsi="Calibri" w:eastAsia="Calibri" w:cs="Calibri"/>
      <w:b/>
      <w:bCs/>
      <w:color w:val="4040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Calibri" w:hAnsi="Calibri" w:eastAsia="Calibri" w:cs="Calibri"/>
      <w:b/>
      <w:color w:val="1F3864"/>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Vote-by-Mail Request Deadline: PSA scripts and social posts (DRAFT)</dc:title>
  <dc:subject>Radio PSAs, video script, and social posts from the approved press release</dc:subject>
  <dc:creator>Sample County Supervisor of Elections</dc:creator>
  <cp:keywords>vote-by-mail, PSA, social media, draft</cp:keywords>
  <dc:description>Draft for approval. Built only from the approved press release in the same folder.</dc:description>
  <cp:lastModifiedBy>Sample County Supervisor of Elections</cp:lastModifiedBy>
  <cp:revision>1</cp:revision>
  <dcterms:created xsi:type="dcterms:W3CDTF">2026-10-01T12:00:00Z</dcterms:created>
  <dcterms:modified xsi:type="dcterms:W3CDTF">2026-10-01T12:00:00Z</dcterms:modified>
  <cp:category/>
</cp:coreProperties>
</file>