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DOE Check – October 7, 2026</w:t>
      </w:r>
    </w:p>
    <w:p>
      <w:r>
        <w:t>Florida Division of Elections website: Publications/Reports page and Forms page. Pages checked Wednesday, October 7, 2026, at 10:19 a.m.</w:t>
      </w:r>
    </w:p>
    <w:p>
      <w:pPr>
        <w:pStyle w:val="Heading1"/>
      </w:pPr>
      <w:r>
        <w:t>Notes</w:t>
      </w:r>
    </w:p>
    <w:p>
      <w:pPr>
        <w:pStyle w:val="ListBullet"/>
      </w:pPr>
      <w:r>
        <w:t>No report from last week was in this folder. This week's full list is saved at the end of this report as the starting point.</w:t>
      </w:r>
    </w:p>
    <w:p>
      <w:pPr>
        <w:pStyle w:val="ListBullet"/>
      </w:pPr>
      <w:r>
        <w:t>Both pages loaded. The first try did not connect; a second try a few seconds later worked.</w:t>
      </w:r>
    </w:p>
    <w:p>
      <w:pPr>
        <w:pStyle w:val="Heading1"/>
      </w:pPr>
      <w:r>
        <w:t>New or changed since last week</w:t>
      </w:r>
    </w:p>
    <w:p>
      <w:r>
        <w:t>Nothing to compare this week. This is the starting point.</w:t>
      </w:r>
    </w:p>
    <w:p>
      <w:pPr>
        <w:pStyle w:val="Heading1"/>
      </w:pPr>
      <w:r>
        <w:t>Pages checked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2592"/>
            <w:shd w:val="clear" w:color="auto" w:fill="D9E2F3"/>
          </w:tcPr>
          <w:p>
            <w:r/>
            <w:r>
              <w:rPr>
                <w:b/>
              </w:rPr>
              <w:t>Page</w:t>
            </w:r>
          </w:p>
        </w:tc>
        <w:tc>
          <w:tcPr>
            <w:tcW w:type="dxa" w:w="6624"/>
            <w:shd w:val="clear" w:color="auto" w:fill="D9E2F3"/>
          </w:tcPr>
          <w:p>
            <w:r/>
            <w:r>
              <w:rPr>
                <w:b/>
              </w:rPr>
              <w:t>Address</w:t>
            </w:r>
          </w:p>
        </w:tc>
        <w:tc>
          <w:tcPr>
            <w:tcW w:type="dxa" w:w="3168"/>
            <w:shd w:val="clear" w:color="auto" w:fill="D9E2F3"/>
          </w:tcPr>
          <w:p>
            <w:r/>
            <w:r>
              <w:rPr>
                <w:b/>
              </w:rPr>
              <w:t>"Webpage last updated" shown on page</w:t>
            </w:r>
          </w:p>
        </w:tc>
        <w:tc>
          <w:tcPr>
            <w:tcW w:type="dxa" w:w="1728"/>
            <w:shd w:val="clear" w:color="auto" w:fill="D9E2F3"/>
          </w:tcPr>
          <w:p>
            <w:r/>
            <w:r>
              <w:rPr>
                <w:b/>
              </w:rPr>
              <w:t>Items listed</w:t>
            </w:r>
          </w:p>
        </w:tc>
      </w:tr>
      <w:tr>
        <w:tc>
          <w:tcPr>
            <w:tcW w:type="dxa" w:w="2592"/>
          </w:tcPr>
          <w:p>
            <w:r>
              <w:t>Publications/Reports</w:t>
            </w:r>
          </w:p>
        </w:tc>
        <w:tc>
          <w:tcPr>
            <w:tcW w:type="dxa" w:w="6624"/>
          </w:tcPr>
          <w:p>
            <w:hyperlink r:id="rId9">
              <w:r>
                <w:rPr>
                  <w:color w:val="0563C1"/>
                  <w:u w:val="single"/>
                </w:rPr>
                <w:t xml:space="preserve">https://dos.fl.gov/elections/forms-publications/publicationsreports/</w:t>
              </w:r>
            </w:hyperlink>
          </w:p>
        </w:tc>
        <w:tc>
          <w:tcPr>
            <w:tcW w:type="dxa" w:w="3168"/>
          </w:tcPr>
          <w:p>
            <w:r>
              <w:t>October 05, 2026</w:t>
            </w:r>
          </w:p>
        </w:tc>
        <w:tc>
          <w:tcPr>
            <w:tcW w:type="dxa" w:w="1728"/>
          </w:tcPr>
          <w:p>
            <w:r>
              <w:t>18</w:t>
            </w:r>
          </w:p>
        </w:tc>
      </w:tr>
      <w:tr>
        <w:tc>
          <w:tcPr>
            <w:tcW w:type="dxa" w:w="2592"/>
          </w:tcPr>
          <w:p>
            <w:r>
              <w:t>Forms</w:t>
            </w:r>
          </w:p>
        </w:tc>
        <w:tc>
          <w:tcPr>
            <w:tcW w:type="dxa" w:w="6624"/>
          </w:tcPr>
          <w:p>
            <w:hyperlink r:id="rId10">
              <w:r>
                <w:rPr>
                  <w:color w:val="0563C1"/>
                  <w:u w:val="single"/>
                </w:rPr>
                <w:t xml:space="preserve">https://dos.fl.gov/elections/forms-publications/forms/</w:t>
              </w:r>
            </w:hyperlink>
          </w:p>
        </w:tc>
        <w:tc>
          <w:tcPr>
            <w:tcW w:type="dxa" w:w="3168"/>
          </w:tcPr>
          <w:p>
            <w:r>
              <w:t>October 06, 2026</w:t>
            </w:r>
          </w:p>
        </w:tc>
        <w:tc>
          <w:tcPr>
            <w:tcW w:type="dxa" w:w="1728"/>
          </w:tcPr>
          <w:p>
            <w:r>
              <w:t>130</w:t>
            </w:r>
          </w:p>
        </w:tc>
      </w:tr>
    </w:tbl>
    <w:p>
      <w:pPr>
        <w:pStyle w:val="Heading1"/>
      </w:pPr>
      <w:r>
        <w:t>Full list of items (for next week's comparison)</w:t>
      </w:r>
    </w:p>
    <w:p>
      <w:r>
        <w:t>148 items: 18 on the Publications/Reports page and 130 on the Forms page.</w:t>
      </w:r>
    </w:p>
    <w:p>
      <w:pPr>
        <w:pStyle w:val="Heading2"/>
      </w:pPr>
      <w:r>
        <w:t>Publications/Reports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rPr>
          <w:tblHeader w:val="true"/>
        </w:trPr>
        <w:tc>
          <w:tcPr>
            <w:tcW w:type="dxa" w:w="576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#</w:t>
            </w:r>
          </w:p>
        </w:tc>
        <w:tc>
          <w:tcPr>
            <w:tcW w:type="dxa" w:w="1440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Section</w:t>
            </w:r>
          </w:p>
        </w:tc>
        <w:tc>
          <w:tcPr>
            <w:tcW w:type="dxa" w:w="4320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Title</w:t>
            </w:r>
          </w:p>
        </w:tc>
        <w:tc>
          <w:tcPr>
            <w:tcW w:type="dxa" w:w="1440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Date shown</w:t>
            </w:r>
          </w:p>
        </w:tc>
        <w:tc>
          <w:tcPr>
            <w:tcW w:type="dxa" w:w="6336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Link(s)</w:t>
            </w:r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2025 Florida Election Code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9/2025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1">
              <w:r>
                <w:rPr>
                  <w:color w:val="0563C1"/>
                  <w:u w:val="single"/>
                  <w:sz w:val="19"/>
                </w:rPr>
                <w:t xml:space="preserve">https://dos.fl.gov/media/709540/election-code-2025-combined-final-20250908.pdf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Laws of Florida/Chapter Laws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Webpage: </w:t>
            </w:r>
            <w:hyperlink r:id="rId12">
              <w:r>
                <w:rPr>
                  <w:color w:val="0563C1"/>
                  <w:u w:val="single"/>
                  <w:sz w:val="19"/>
                </w:rPr>
                <w:t xml:space="preserve">https://laws.flrules.org/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Online Sunshine – (Florida Legislature’s searchable database of Florida Statutes)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Webpage: </w:t>
            </w:r>
            <w:hyperlink r:id="rId13">
              <w:r>
                <w:rPr>
                  <w:color w:val="0563C1"/>
                  <w:u w:val="single"/>
                  <w:sz w:val="19"/>
                </w:rPr>
                <w:t xml:space="preserve">http://www.leg.state.fl.us/Welcome/index.cfm?CFID=40585098&amp;CFTOKEN=a5626ff894e753fc-F871F35A-A6ED-3467-AEC4932AA5A90027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Florida Legistore (to obtain a softbound copy of publications)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Webpage: </w:t>
            </w:r>
            <w:hyperlink r:id="rId14">
              <w:r>
                <w:rPr>
                  <w:color w:val="0563C1"/>
                  <w:u w:val="single"/>
                  <w:sz w:val="19"/>
                </w:rPr>
                <w:t xml:space="preserve">https://flalegistore.com/?File=index.html&amp;Directory=portal/legistore/&amp;Location=app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Election Dates and Activities Calendar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5">
              <w:r>
                <w:rPr>
                  <w:color w:val="0563C1"/>
                  <w:u w:val="single"/>
                  <w:sz w:val="19"/>
                </w:rPr>
                <w:t xml:space="preserve">https://dos.fl.gov/media/711204/2026-calendar-20260713.pdf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Excel: </w:t>
            </w:r>
            <w:hyperlink r:id="rId16">
              <w:r>
                <w:rPr>
                  <w:color w:val="0563C1"/>
                  <w:u w:val="single"/>
                  <w:sz w:val="19"/>
                </w:rPr>
                <w:t xml:space="preserve">https://dos.fl.gov/media/711195/final-2026-election-dates-activities-20260709-gubernatorial.xlsx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Candidate and Campaign Treasurer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09/30/2026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">
              <w:r>
                <w:rPr>
                  <w:color w:val="0563C1"/>
                  <w:u w:val="single"/>
                  <w:sz w:val="19"/>
                </w:rPr>
                <w:t xml:space="preserve">https://dos.fl.gov/media/711203/2026-candidate-campaign-treasurer-handbook.pdf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Deadlines for Accepting Contributions (2026 Candidates)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8">
              <w:r>
                <w:rPr>
                  <w:color w:val="0563C1"/>
                  <w:u w:val="single"/>
                  <w:sz w:val="19"/>
                </w:rPr>
                <w:t xml:space="preserve">https://dos.fl.gov/media/711166/deadlines-for-accepting-contributions-2026-candidates.pdf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Candidate Petition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9">
              <w:r>
                <w:rPr>
                  <w:color w:val="0563C1"/>
                  <w:u w:val="single"/>
                  <w:sz w:val="19"/>
                </w:rPr>
                <w:t xml:space="preserve">https://dos.fl.gov/media/710686/2026-candidate-petition-handbook.pdf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Political Committee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07/15/2026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20">
              <w:r>
                <w:rPr>
                  <w:color w:val="0563C1"/>
                  <w:u w:val="single"/>
                  <w:sz w:val="19"/>
                </w:rPr>
                <w:t xml:space="preserve">https://dos.fl.gov/media/711207/political-committee-handbook-final-20260715.pdf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Electioneering Communications Organization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07/15/2026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21">
              <w:r>
                <w:rPr>
                  <w:color w:val="0563C1"/>
                  <w:u w:val="single"/>
                  <w:sz w:val="19"/>
                </w:rPr>
                <w:t xml:space="preserve">https://dos.fl.gov/media/711209/2026-eco-handbook-final-20260715.pdf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Public Campaign and Financing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22">
              <w:r>
                <w:rPr>
                  <w:color w:val="0563C1"/>
                  <w:u w:val="single"/>
                  <w:sz w:val="19"/>
                </w:rPr>
                <w:t xml:space="preserve">https://files.floridados.gov/media/710685/2026-public-campaign-and-financing.pdf?v=1.1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State Qualifying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07/22/2026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23">
              <w:r>
                <w:rPr>
                  <w:color w:val="0563C1"/>
                  <w:u w:val="single"/>
                  <w:sz w:val="19"/>
                </w:rPr>
                <w:t xml:space="preserve">https://dos.fl.gov/media/710684/2026-state-qualifying-handbook.pdf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Federal Qualifying Handbook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24">
              <w:r>
                <w:rPr>
                  <w:color w:val="0563C1"/>
                  <w:u w:val="single"/>
                  <w:sz w:val="19"/>
                </w:rPr>
                <w:t xml:space="preserve">https://dos.fl.gov/media/710687/2026-federal-qualifying-handbook.pdf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Florida Voter Registration/Voting Guide for 2026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- PDF: </w:t>
            </w:r>
            <w:hyperlink r:id="rId25">
              <w:r>
                <w:rPr>
                  <w:color w:val="0563C1"/>
                  <w:u w:val="single"/>
                  <w:sz w:val="19"/>
                </w:rPr>
                <w:t xml:space="preserve">https://dos.fl.gov/media/711211/voterregvotingguide-2026-election-cycle_eng-updated-20260720.pdf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- PDF: </w:t>
            </w:r>
            <w:hyperlink r:id="rId26">
              <w:r>
                <w:rPr>
                  <w:color w:val="0563C1"/>
                  <w:u w:val="single"/>
                  <w:sz w:val="19"/>
                </w:rPr>
                <w:t xml:space="preserve">https://dos.fl.gov/media/711212/voterregvotingguide-2026-election-cycle_spn-updated-20260720.pdf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Publications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2026 Constitutional Amendments for General Election Ballot (Booklet format)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- PDF: </w:t>
            </w:r>
            <w:hyperlink r:id="rId27">
              <w:r>
                <w:rPr>
                  <w:color w:val="0563C1"/>
                  <w:u w:val="single"/>
                  <w:sz w:val="19"/>
                </w:rPr>
                <w:t xml:space="preserve">https://dos.fl.gov/media/711369/eng-2026-booklet-constitutional-amendpub-updated-20260903.pdf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- PDF: </w:t>
            </w:r>
            <w:hyperlink r:id="rId28">
              <w:r>
                <w:rPr>
                  <w:color w:val="0563C1"/>
                  <w:u w:val="single"/>
                  <w:sz w:val="19"/>
                </w:rPr>
                <w:t xml:space="preserve">https://dos.fl.gov/media/711370/spn-2026-booklet-constitutional-amendpub-updated-20260903.pdf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Reports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2024 General Election Summary Report (overvote/undervote, post-election audit, and conduct of elections)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29">
              <w:r>
                <w:rPr>
                  <w:color w:val="0563C1"/>
                  <w:u w:val="single"/>
                  <w:sz w:val="19"/>
                </w:rPr>
                <w:t xml:space="preserve">https://dos.fl.gov/media/708894/2024-ge-consolidated-post-election-reports_final.pdf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Reports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2024 Overvote / Undervote Report Data) – Excel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Excel: </w:t>
            </w:r>
            <w:hyperlink r:id="rId30">
              <w:r>
                <w:rPr>
                  <w:color w:val="0563C1"/>
                  <w:u w:val="single"/>
                  <w:sz w:val="19"/>
                </w:rPr>
                <w:t xml:space="preserve">https://dos.fl.gov/media/709958/01_2024-gen-aggregateresults-overunderreport_redacted.xlsx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Reports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2024 Post-Election Audit Report Data by County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(zip A-E): </w:t>
            </w:r>
            <w:hyperlink r:id="rId31">
              <w:r>
                <w:rPr>
                  <w:color w:val="0563C1"/>
                  <w:u w:val="single"/>
                  <w:sz w:val="19"/>
                </w:rPr>
                <w:t xml:space="preserve">https://dos.fl.gov/media/709959/a_thru_e_pear.zip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(zip F-J): </w:t>
            </w:r>
            <w:hyperlink r:id="rId32">
              <w:r>
                <w:rPr>
                  <w:color w:val="0563C1"/>
                  <w:u w:val="single"/>
                  <w:sz w:val="19"/>
                </w:rPr>
                <w:t xml:space="preserve">https://dos.fl.gov/media/709960/f_thru_j__pear.zip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(zip L-O): </w:t>
            </w:r>
            <w:hyperlink r:id="rId33">
              <w:r>
                <w:rPr>
                  <w:color w:val="0563C1"/>
                  <w:u w:val="single"/>
                  <w:sz w:val="19"/>
                </w:rPr>
                <w:t xml:space="preserve">https://dos.fl.gov/media/709961/l_thru_o__pear.zip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(zip P-Z): </w:t>
            </w:r>
            <w:hyperlink r:id="rId34">
              <w:r>
                <w:rPr>
                  <w:color w:val="0563C1"/>
                  <w:u w:val="single"/>
                  <w:sz w:val="19"/>
                </w:rPr>
                <w:t xml:space="preserve">https://dos.fl.gov/media/709962/p_thru_z__pear.zip</w:t>
              </w:r>
            </w:hyperlink>
          </w:p>
        </w:tc>
      </w:tr>
    </w:tbl>
    <w:p>
      <w:pPr>
        <w:pStyle w:val="Heading2"/>
      </w:pPr>
      <w:r>
        <w:t>Forms page (Master Form List)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rPr>
          <w:tblHeader w:val="true"/>
        </w:trPr>
        <w:tc>
          <w:tcPr>
            <w:tcW w:type="dxa" w:w="576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#</w:t>
            </w:r>
          </w:p>
        </w:tc>
        <w:tc>
          <w:tcPr>
            <w:tcW w:type="dxa" w:w="1440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Form number</w:t>
            </w:r>
          </w:p>
        </w:tc>
        <w:tc>
          <w:tcPr>
            <w:tcW w:type="dxa" w:w="4320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Title</w:t>
            </w:r>
          </w:p>
        </w:tc>
        <w:tc>
          <w:tcPr>
            <w:tcW w:type="dxa" w:w="1440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Date shown</w:t>
            </w:r>
          </w:p>
        </w:tc>
        <w:tc>
          <w:tcPr>
            <w:tcW w:type="dxa" w:w="6336"/>
            <w:shd w:val="clear" w:color="auto" w:fill="D9E2F3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Link(s)</w:t>
            </w:r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Contributions Returned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12/2019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35">
              <w:r>
                <w:rPr>
                  <w:color w:val="0563C1"/>
                  <w:u w:val="single"/>
                  <w:sz w:val="19"/>
                </w:rPr>
                <w:t xml:space="preserve">https://dos.fl.gov/media/702493/dsde02-cont-returned-dec-2019.pdf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5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Statement of Organization for Political Committee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36">
              <w:r>
                <w:rPr>
                  <w:color w:val="0563C1"/>
                  <w:u w:val="single"/>
                  <w:sz w:val="19"/>
                </w:rPr>
                <w:t xml:space="preserve">https://dos.fl.gov/media/693630/dsde5.pdf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Appointment of Campaign Treasurer and Designation of Campaign Depository for Political Committees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04/2019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37">
              <w:r>
                <w:rPr>
                  <w:color w:val="0563C1"/>
                  <w:u w:val="single"/>
                  <w:sz w:val="19"/>
                </w:rPr>
                <w:t xml:space="preserve">https://dos.fl.gov/media/693239/dsde06.pdf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Independent Expenditure Statement for Rebate of Filing Fees (political parties)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38">
              <w:r>
                <w:rPr>
                  <w:color w:val="0563C1"/>
                  <w:u w:val="single"/>
                  <w:sz w:val="19"/>
                </w:rPr>
                <w:t xml:space="preserve">https://dos.fl.gov/media/703113/dsde07-may-2020.pdf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7A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Affiliated Party Committee Independent Expenditure Statement (political parties)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39">
              <w:r>
                <w:rPr>
                  <w:color w:val="0563C1"/>
                  <w:u w:val="single"/>
                  <w:sz w:val="19"/>
                </w:rPr>
                <w:t xml:space="preserve">https://dos.fl.gov/media/703114/dsde07a-may-2020.pdf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Appointment of Campaign Treasurer and Designation of Campaign Depository for Candidates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0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https://flrules.org/gateway/readRefFile.asp?refId=19886&amp;filename=DSDE09%20CAN%20App%20Cam%20Treas%20Final%2010-2026.pdf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Polling Place Procedures Manual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1">
              <w:r>
                <w:rPr>
                  <w:color w:val="0563C1"/>
                  <w:u w:val="single"/>
                  <w:sz w:val="19"/>
                </w:rPr>
                <w:t xml:space="preserve">https://dos.fl.gov/media/708161/final-ds-de-11-manual.pdf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Treasurer's Report - Summary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2">
              <w:r>
                <w:rPr>
                  <w:color w:val="0563C1"/>
                  <w:u w:val="single"/>
                  <w:sz w:val="19"/>
                </w:rPr>
                <w:t xml:space="preserve">https://dos.fl.gov/media/693241/dsde12.pdf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Treasurer's Report - Itemized Contributions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3">
              <w:r>
                <w:rPr>
                  <w:color w:val="0563C1"/>
                  <w:u w:val="single"/>
                  <w:sz w:val="19"/>
                </w:rPr>
                <w:t xml:space="preserve">https://dos.fl.gov/media/693243/dsde13.pdf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Treasurer's Report - Fund Transfers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4">
              <w:r>
                <w:rPr>
                  <w:color w:val="0563C1"/>
                  <w:u w:val="single"/>
                  <w:sz w:val="19"/>
                </w:rPr>
                <w:t xml:space="preserve">https://dos.fl.gov/media/693242/dsde13a.pdf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Treasurer's Report - Itemized Expenditures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5">
              <w:r>
                <w:rPr>
                  <w:color w:val="0563C1"/>
                  <w:u w:val="single"/>
                  <w:sz w:val="19"/>
                </w:rPr>
                <w:t xml:space="preserve">https://dos.fl.gov/media/693244/dsde14.pdf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Treasurer's Report - Itemized Distributions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46">
              <w:r>
                <w:rPr>
                  <w:color w:val="0563C1"/>
                  <w:u w:val="single"/>
                  <w:sz w:val="19"/>
                </w:rPr>
                <w:t xml:space="preserve">https://dos.fl.gov/media/693245/dsde14a.pdf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NVRA Complaint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01/2006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47">
              <w:r>
                <w:rPr>
                  <w:color w:val="0563C1"/>
                  <w:u w:val="single"/>
                  <w:sz w:val="19"/>
                </w:rPr>
                <w:t xml:space="preserve">https://dos.fl.gov/media/693246/dsde18.pdf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48">
              <w:r>
                <w:rPr>
                  <w:color w:val="0563C1"/>
                  <w:u w:val="single"/>
                  <w:sz w:val="19"/>
                </w:rPr>
                <w:t xml:space="preserve">https://dos.fl.gov/media/693247/dsde18_spa.pdf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18A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President and Vice President Candidate Petition, No Party Affiliation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49">
              <w:r>
                <w:rPr>
                  <w:color w:val="0563C1"/>
                  <w:u w:val="single"/>
                  <w:sz w:val="19"/>
                </w:rPr>
                <w:t xml:space="preserve">https://dos.fl.gov/media/693249/dsde18a.pdf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50">
              <w:r>
                <w:rPr>
                  <w:color w:val="0563C1"/>
                  <w:u w:val="single"/>
                  <w:sz w:val="19"/>
                </w:rPr>
                <w:t xml:space="preserve">https://dos.fl.gov/media/693251/dsde18a_spa.pdf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18B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President and Vice President Candidate Petition, Minor Political Party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51">
              <w:r>
                <w:rPr>
                  <w:color w:val="0563C1"/>
                  <w:u w:val="single"/>
                  <w:sz w:val="19"/>
                </w:rPr>
                <w:t xml:space="preserve">https://dos.fl.gov/media/693250/dsde18b.pdf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52">
              <w:r>
                <w:rPr>
                  <w:color w:val="0563C1"/>
                  <w:u w:val="single"/>
                  <w:sz w:val="19"/>
                </w:rPr>
                <w:t xml:space="preserve">https://dos.fl.gov/media/693253/dsde18b_spa.pdf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19A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Affidavit of Undue Burden - Candidate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53">
              <w:r>
                <w:rPr>
                  <w:color w:val="0563C1"/>
                  <w:u w:val="single"/>
                  <w:sz w:val="19"/>
                </w:rPr>
                <w:t xml:space="preserve">https://dos.fl.gov/media/693811/dsde19a-aff-undue-burden-can-final-20250311.pdf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19D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Affidavit of Undue Burden - Committee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54">
              <w:r>
                <w:rPr>
                  <w:color w:val="0563C1"/>
                  <w:u w:val="single"/>
                  <w:sz w:val="19"/>
                </w:rPr>
                <w:t xml:space="preserve">https://dos.fl.gov/media/710108/dsde19d-aff-undue-burden-pc-final-march-2026.pdf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Polling Place Notice - Voter's Bill of Rights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03/2018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55">
              <w:r>
                <w:rPr>
                  <w:color w:val="0563C1"/>
                  <w:u w:val="single"/>
                  <w:sz w:val="19"/>
                </w:rPr>
                <w:t xml:space="preserve">https://dos.fl.gov/media/693644/dsde20.pdf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56">
              <w:r>
                <w:rPr>
                  <w:color w:val="0563C1"/>
                  <w:u w:val="single"/>
                  <w:sz w:val="19"/>
                </w:rPr>
                <w:t xml:space="preserve">https://dos.fl.gov/media/693646/dsde20_spa.pdf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Polling Place Notice - Voter Responsibilities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03/2018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57">
              <w:r>
                <w:rPr>
                  <w:color w:val="0563C1"/>
                  <w:u w:val="single"/>
                  <w:sz w:val="19"/>
                </w:rPr>
                <w:t xml:space="preserve">https://dos.fl.gov/media/693645/dsde21.pdf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58">
              <w:r>
                <w:rPr>
                  <w:color w:val="0563C1"/>
                  <w:u w:val="single"/>
                  <w:sz w:val="19"/>
                </w:rPr>
                <w:t xml:space="preserve">https://dos.fl.gov/media/693647/dsde21_spa.pdf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Elections Fraud Complaint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59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https://flrules.org/gateway/readRefFile.asp?refId=19831&amp;filename=DS-DE%2034%20Elections%20Fraud%20Complaint%20Final.pdf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r>
              <w:rPr>
                <w:i/>
                <w:sz w:val="19"/>
              </w:rPr>
              <w:t>(no link on the page)</w:t>
            </w:r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35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Polling Place Notice - Voter Fraud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03/2018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60">
              <w:r>
                <w:rPr>
                  <w:color w:val="0563C1"/>
                  <w:u w:val="single"/>
                  <w:sz w:val="19"/>
                </w:rPr>
                <w:t xml:space="preserve">https://dos.fl.gov/media/693648/dsde35.pdf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61">
              <w:r>
                <w:rPr>
                  <w:color w:val="0563C1"/>
                  <w:u w:val="single"/>
                  <w:sz w:val="19"/>
                </w:rPr>
                <w:t xml:space="preserve">https://dos.fl.gov/media/693649/dsde35_spa.pdf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Florida Voter Registration Application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62">
              <w:r>
                <w:rPr>
                  <w:color w:val="0563C1"/>
                  <w:u w:val="single"/>
                  <w:sz w:val="19"/>
                </w:rPr>
                <w:t xml:space="preserve">https://dos.fl.gov/media/704789/1s-2040-form-ds-de-39-eng-fillable-20251017.pdf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63">
              <w:r>
                <w:rPr>
                  <w:color w:val="0563C1"/>
                  <w:u w:val="single"/>
                  <w:sz w:val="19"/>
                </w:rPr>
                <w:t xml:space="preserve">https://dos.fl.gov/media/704790/1s-2040-form-ds-de-39-spn-fillable-eff-20251017.pdf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SOE Addresses for use with the DS-DE 39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64">
              <w:r>
                <w:rPr>
                  <w:color w:val="0563C1"/>
                  <w:u w:val="single"/>
                  <w:sz w:val="19"/>
                </w:rPr>
                <w:t xml:space="preserve">https://dos.fl.gov/media/711425/voter-app-addresses-eng-updated-202510.pdf?No=Ref-16584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65">
              <w:r>
                <w:rPr>
                  <w:color w:val="0563C1"/>
                  <w:u w:val="single"/>
                  <w:sz w:val="19"/>
                </w:rPr>
                <w:t xml:space="preserve">https://dos.fl.gov/media/711426/voter-app-addresses-spa-updated-202510.pdf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Template for County Reports on Overvotes and Undervotes for General Election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XLS: </w:t>
            </w:r>
            <w:hyperlink r:id="rId66">
              <w:r>
                <w:rPr>
                  <w:color w:val="0563C1"/>
                  <w:u w:val="single"/>
                  <w:sz w:val="19"/>
                </w:rPr>
                <w:t xml:space="preserve">https://dos.fl.gov/media/711206/ds-de-40-overundervoterpt-2026_072026.xlsx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Registered Agent Statement of Appointment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67">
              <w:r>
                <w:rPr>
                  <w:color w:val="0563C1"/>
                  <w:u w:val="single"/>
                  <w:sz w:val="19"/>
                </w:rPr>
                <w:t xml:space="preserve">https://dos.fl.gov/media/693270/dsde41.pdf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Office Account Forms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08/2003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68">
              <w:r>
                <w:rPr>
                  <w:color w:val="0563C1"/>
                  <w:u w:val="single"/>
                  <w:sz w:val="19"/>
                </w:rPr>
                <w:t xml:space="preserve">https://dos.fl.gov/media/693273/dsde48.pdf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48A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Office Account Disbursement of Deposit Information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08/2003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69">
              <w:r>
                <w:rPr>
                  <w:color w:val="0563C1"/>
                  <w:u w:val="single"/>
                  <w:sz w:val="19"/>
                </w:rPr>
                <w:t xml:space="preserve">https://dos.fl.gov/media/693639/dsde48a.pdf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56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Oath of Office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70">
              <w:r>
                <w:rPr>
                  <w:color w:val="0563C1"/>
                  <w:u w:val="single"/>
                  <w:sz w:val="19"/>
                </w:rPr>
                <w:t xml:space="preserve">https://dos.fl.gov/media/702653/dsde56-oath-acceptance-jul-2025.pdf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29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59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HAVA Complaint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02/2004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71">
              <w:r>
                <w:rPr>
                  <w:color w:val="0563C1"/>
                  <w:u w:val="single"/>
                  <w:sz w:val="19"/>
                </w:rPr>
                <w:t xml:space="preserve">https://dos.fl.gov/media/693629/dsde59.pdf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72">
              <w:r>
                <w:rPr>
                  <w:color w:val="0563C1"/>
                  <w:u w:val="single"/>
                  <w:sz w:val="19"/>
                </w:rPr>
                <w:t xml:space="preserve">https://dos.fl.gov/media/693278/dsde59_spa.pdf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60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Testimonial for Public Officers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10/2006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73">
              <w:r>
                <w:rPr>
                  <w:color w:val="0563C1"/>
                  <w:u w:val="single"/>
                  <w:sz w:val="19"/>
                </w:rPr>
                <w:t xml:space="preserve">https://dos.fl.gov/media/693641/dsde60.pdf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61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Testimonial for Public Officers (Testimonial Contributions)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10/2006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74">
              <w:r>
                <w:rPr>
                  <w:color w:val="0563C1"/>
                  <w:u w:val="single"/>
                  <w:sz w:val="19"/>
                </w:rPr>
                <w:t xml:space="preserve">https://dos.fl.gov/media/693279/dsde61.pdf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62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Testimonial for Public Officers (Testimonial Expenditures)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10/2008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75">
              <w:r>
                <w:rPr>
                  <w:color w:val="0563C1"/>
                  <w:u w:val="single"/>
                  <w:sz w:val="19"/>
                </w:rPr>
                <w:t xml:space="preserve">https://dos.fl.gov/media/693275/dsde62.pdf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68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Polling Place Notice - Instructions for Voters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03/2018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76">
              <w:r>
                <w:rPr>
                  <w:color w:val="0563C1"/>
                  <w:u w:val="single"/>
                  <w:sz w:val="19"/>
                </w:rPr>
                <w:t xml:space="preserve">https://dos.fl.gov/media/699334/dsde68.pdf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77">
              <w:r>
                <w:rPr>
                  <w:color w:val="0563C1"/>
                  <w:u w:val="single"/>
                  <w:sz w:val="19"/>
                </w:rPr>
                <w:t xml:space="preserve">https://dos.fl.gov/media/699333/dsde68_spa.pdf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69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Certification Application for Supervisor of Elections for Special Qualification Salary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01/2006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78">
              <w:r>
                <w:rPr>
                  <w:color w:val="0563C1"/>
                  <w:u w:val="single"/>
                  <w:sz w:val="19"/>
                </w:rPr>
                <w:t xml:space="preserve">https://dos.fl.gov/media/693670/dsde69.pdf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73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Loans Report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08/2003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79">
              <w:r>
                <w:rPr>
                  <w:color w:val="0563C1"/>
                  <w:u w:val="single"/>
                  <w:sz w:val="19"/>
                </w:rPr>
                <w:t xml:space="preserve">https://dos.fl.gov/media/693276/dsde73.pdf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73A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Loans Report Itemized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08/2003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0">
              <w:r>
                <w:rPr>
                  <w:color w:val="0563C1"/>
                  <w:u w:val="single"/>
                  <w:sz w:val="19"/>
                </w:rPr>
                <w:t xml:space="preserve">https://dos.fl.gov/media/693277/dsde73a.pdf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77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Voter Registration Agency Form including Notices (only for use by VRAs, not 3PVROs)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81">
              <w:r>
                <w:rPr>
                  <w:color w:val="0563C1"/>
                  <w:u w:val="single"/>
                  <w:sz w:val="19"/>
                </w:rPr>
                <w:t xml:space="preserve">https://dos.fl.gov/media/693713/dsde77-2024.pdf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82">
              <w:r>
                <w:rPr>
                  <w:color w:val="0563C1"/>
                  <w:u w:val="single"/>
                  <w:sz w:val="19"/>
                </w:rPr>
                <w:t xml:space="preserve">https://dos.fl.gov/media/693715/dsde77-2024-w-spanish-app.pdf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81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Conduct of Elections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02/2024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3">
              <w:r>
                <w:rPr>
                  <w:color w:val="0563C1"/>
                  <w:u w:val="single"/>
                  <w:sz w:val="19"/>
                </w:rPr>
                <w:t xml:space="preserve">https://dos.fl.gov/media/707877/ds-de-81_conduct-of-elections_4_16_24.pdf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39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83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Statement of Candidate for Judicial Office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4">
              <w:r>
                <w:rPr>
                  <w:color w:val="0563C1"/>
                  <w:u w:val="single"/>
                  <w:sz w:val="19"/>
                </w:rPr>
                <w:t xml:space="preserve">https://dos.fl.gov/media/710422/dsde83-st-of-cand-jud-apr-2026.pdf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84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Statement of Candidate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5">
              <w:r>
                <w:rPr>
                  <w:color w:val="0563C1"/>
                  <w:u w:val="single"/>
                  <w:sz w:val="19"/>
                </w:rPr>
                <w:t xml:space="preserve">https://dos.fl.gov/media/710423/dsde84-st-of-cand-apr-2026.pdf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86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Request for Return of Contribution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09/1995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6">
              <w:r>
                <w:rPr>
                  <w:color w:val="0563C1"/>
                  <w:u w:val="single"/>
                  <w:sz w:val="19"/>
                </w:rPr>
                <w:t xml:space="preserve">https://dos.fl.gov/media/693643/dsde86.pdf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87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Waiver of Report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7">
              <w:r>
                <w:rPr>
                  <w:color w:val="0563C1"/>
                  <w:u w:val="single"/>
                  <w:sz w:val="19"/>
                </w:rPr>
                <w:t xml:space="preserve">https://dos.fl.gov/media/707428/dsde87-waiver-jan-2024.pdf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90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Irrevocable Statement to Voluntarily Abide by the Expenditure and Contribution Limits on Personal and Party Funds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11/2017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8">
              <w:r>
                <w:rPr>
                  <w:color w:val="0563C1"/>
                  <w:u w:val="single"/>
                  <w:sz w:val="19"/>
                </w:rPr>
                <w:t xml:space="preserve">https://dos.fl.gov/media/693283/dsde90.pdf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94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Treasurer's Report - Fund Transfers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08/2003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89">
              <w:r>
                <w:rPr>
                  <w:color w:val="0563C1"/>
                  <w:u w:val="single"/>
                  <w:sz w:val="19"/>
                </w:rPr>
                <w:t xml:space="preserve">https://dos.fl.gov/media/693285/dsde94.pdf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96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Affidavit of Intention (Supreme Court &amp; DCA only)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04/2014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0">
              <w:r>
                <w:rPr>
                  <w:color w:val="0563C1"/>
                  <w:u w:val="single"/>
                  <w:sz w:val="19"/>
                </w:rPr>
                <w:t xml:space="preserve">https://dos.fl.gov/media/693287/dsde96.pdf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97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Affidavit of Compliance (Supreme Court &amp; DCA only)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08/2003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1">
              <w:r>
                <w:rPr>
                  <w:color w:val="0563C1"/>
                  <w:u w:val="single"/>
                  <w:sz w:val="19"/>
                </w:rPr>
                <w:t xml:space="preserve">https://dos.fl.gov/media/693286/dsde97.pdf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98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for Governor or Cabinet Member Request for Campaign Financing Act Matching Funds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11/2017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2">
              <w:r>
                <w:rPr>
                  <w:color w:val="0563C1"/>
                  <w:u w:val="single"/>
                  <w:sz w:val="19"/>
                </w:rPr>
                <w:t xml:space="preserve">https://dos.fl.gov/media/693288/dsde98.pdf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Telephone Solicitation Resident Agent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3">
              <w:r>
                <w:rPr>
                  <w:color w:val="0563C1"/>
                  <w:u w:val="single"/>
                  <w:sz w:val="19"/>
                </w:rPr>
                <w:t xml:space="preserve">https://dos.fl.gov/media/693289/dsde100.pdf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49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Florida Voting Systems Standards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01/2005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4">
              <w:r>
                <w:rPr>
                  <w:color w:val="0563C1"/>
                  <w:u w:val="single"/>
                  <w:sz w:val="19"/>
                </w:rPr>
                <w:t xml:space="preserve">https://dos.fl.gov/media/693718/dsde101.pdf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Statement of Solicitation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07/2006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5">
              <w:r>
                <w:rPr>
                  <w:color w:val="0563C1"/>
                  <w:u w:val="single"/>
                  <w:sz w:val="19"/>
                </w:rPr>
                <w:t xml:space="preserve">https://dos.fl.gov/media/693292/dsde102.pdf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Electioneering Communication Statement of Organization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6">
              <w:r>
                <w:rPr>
                  <w:color w:val="0563C1"/>
                  <w:u w:val="single"/>
                  <w:sz w:val="19"/>
                </w:rPr>
                <w:t xml:space="preserve">https://dos.fl.gov/media/693290/dsde103.pdf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Petition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97">
              <w:r>
                <w:rPr>
                  <w:color w:val="0563C1"/>
                  <w:u w:val="single"/>
                  <w:sz w:val="19"/>
                </w:rPr>
                <w:t xml:space="preserve">https://dos.fl.gov/media/693291/dsde104.pdf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98">
              <w:r>
                <w:rPr>
                  <w:color w:val="0563C1"/>
                  <w:u w:val="single"/>
                  <w:sz w:val="19"/>
                </w:rPr>
                <w:t xml:space="preserve">https://dos.fl.gov/media/693293/dsde104_spa.pdf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105B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Audit Team Worksheet for Marksense Ballots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99">
              <w:r>
                <w:rPr>
                  <w:color w:val="0563C1"/>
                  <w:u w:val="single"/>
                  <w:sz w:val="19"/>
                </w:rPr>
                <w:t xml:space="preserve">https://dos.fl.gov/media/695160/dsde105b.pdf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Precinct Summary for Manual Audit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00">
              <w:r>
                <w:rPr>
                  <w:color w:val="0563C1"/>
                  <w:u w:val="single"/>
                  <w:sz w:val="19"/>
                </w:rPr>
                <w:t xml:space="preserve">https://dos.fl.gov/media/695165/dsde106.pdf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106A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Discrepancy Report for Automated Independent Audit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01">
              <w:r>
                <w:rPr>
                  <w:color w:val="0563C1"/>
                  <w:u w:val="single"/>
                  <w:sz w:val="19"/>
                </w:rPr>
                <w:t xml:space="preserve">https://dos.fl.gov/media/695164/dsde106a.pdf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107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Post-Election Certification Voting System Audit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02/2024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02">
              <w:r>
                <w:rPr>
                  <w:color w:val="0563C1"/>
                  <w:u w:val="single"/>
                  <w:sz w:val="19"/>
                </w:rPr>
                <w:t xml:space="preserve">https://dos.fl.gov/media/707689/ds-de-107-voting-systems-audit-report-2013-amendment.pdf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110A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Electronic Filing System User Guide - Candidate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03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https://www.flrules.org/gateway/reference.asp?No=Ref-00123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110B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Electronic Filing System User Guide - Political Committee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04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https://www.flrules.org/gateway/reference.asp?No=Ref-00124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59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110D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Electronic Filing System User Guide - Electioneering Communications Organization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05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https://www.flrules.org/gateway/reference.asp?No=Ref-00126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Finance Reporting File Specifications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06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https://www.flrules.org/gateway/reference.asp?No=Ref-00122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111A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Campaign Finance Reporting File Specifications - Multiple Uniform Contributions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10/2013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07">
              <w:r>
                <w:rPr>
                  <w:color w:val="0563C1"/>
                  <w:u w:val="single"/>
                  <w:sz w:val="19"/>
                </w:rPr>
                <w:t xml:space="preserve">https://dos.fl.gov/media/694087/dsde111a.pdf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Circuit Court Judge Selection Initiative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12/2008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08">
              <w:r>
                <w:rPr>
                  <w:color w:val="0563C1"/>
                  <w:u w:val="single"/>
                  <w:sz w:val="19"/>
                </w:rPr>
                <w:t xml:space="preserve">https://dos.fl.gov/media/695167/dsde112.pdf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09">
              <w:r>
                <w:rPr>
                  <w:color w:val="0563C1"/>
                  <w:u w:val="single"/>
                  <w:sz w:val="19"/>
                </w:rPr>
                <w:t xml:space="preserve">https://dos.fl.gov/media/695168/dsde112_spa.pdf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County Court Judge Selection Initiative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12/2008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10">
              <w:r>
                <w:rPr>
                  <w:color w:val="0563C1"/>
                  <w:u w:val="single"/>
                  <w:sz w:val="19"/>
                </w:rPr>
                <w:t xml:space="preserve">https://dos.fl.gov/media/695169/dsde113.pdf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11">
              <w:r>
                <w:rPr>
                  <w:color w:val="0563C1"/>
                  <w:u w:val="single"/>
                  <w:sz w:val="19"/>
                </w:rPr>
                <w:t xml:space="preserve">https://dos.fl.gov/media/695179/dsde113_spa.pdf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Certification of Address List Maintenance Activities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XLSX: </w:t>
            </w:r>
            <w:hyperlink r:id="rId112">
              <w:r>
                <w:rPr>
                  <w:color w:val="0563C1"/>
                  <w:u w:val="single"/>
                  <w:sz w:val="19"/>
                </w:rPr>
                <w:t xml:space="preserve">https://dos.fl.gov/media/705323/final-ds-de-117-excel-address-list-maintenance-form-20220208.xlsx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Certification of Eligibility Records Maintenance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XLSX: </w:t>
            </w:r>
            <w:hyperlink r:id="rId113">
              <w:r>
                <w:rPr>
                  <w:color w:val="0563C1"/>
                  <w:u w:val="single"/>
                  <w:sz w:val="19"/>
                </w:rPr>
                <w:t xml:space="preserve">https://dos.fl.gov/media/705324/final-ds-de-118-excel-eligibility-records-maintenance-20220208.xlsx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119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Third-Party Voter Registration Organization Registration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14">
              <w:r>
                <w:rPr>
                  <w:color w:val="0563C1"/>
                  <w:u w:val="single"/>
                  <w:sz w:val="19"/>
                </w:rPr>
                <w:t xml:space="preserve">https://dos.fl.gov/media/707607/form-ds-de-119-2023-3pvro-registration-adopted-rev.pdf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15">
              <w:r>
                <w:rPr>
                  <w:color w:val="0563C1"/>
                  <w:u w:val="single"/>
                  <w:sz w:val="19"/>
                </w:rPr>
                <w:t xml:space="preserve">https://dos.fl.gov/media/707869/ds-de-119-3pvro-reg-term-spanish-202309-rev1.pdf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Complaint Against Third-Party Voter Registration Organization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16">
              <w:r>
                <w:rPr>
                  <w:color w:val="0563C1"/>
                  <w:u w:val="single"/>
                  <w:sz w:val="19"/>
                </w:rPr>
                <w:t xml:space="preserve">https://dos.fl.gov/media/706996/form-ds-de-121-2023-3pvro-complaint-adopted-fillable.pdf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17">
              <w:r>
                <w:rPr>
                  <w:color w:val="0563C1"/>
                  <w:u w:val="single"/>
                  <w:sz w:val="19"/>
                </w:rPr>
                <w:t xml:space="preserve">https://dos.fl.gov/media/707866/ds-de-121-3pvro-complaint-spanish-202309-rev.pdf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Template Notice to Applicant - Personal Identifying Number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18">
              <w:r>
                <w:rPr>
                  <w:color w:val="0563C1"/>
                  <w:u w:val="single"/>
                  <w:sz w:val="19"/>
                </w:rPr>
                <w:t xml:space="preserve">https://dos.fl.gov/media/695170/dsde122.pdf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19">
              <w:r>
                <w:rPr>
                  <w:color w:val="0563C1"/>
                  <w:u w:val="single"/>
                  <w:sz w:val="19"/>
                </w:rPr>
                <w:t xml:space="preserve">https://dos.fl.gov/media/695470/dsde-122_spa.pdf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69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Supervisors of Elections’ Accounting of Third-Party Voter Registration Organization's Voter Registration Application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20">
              <w:r>
                <w:rPr>
                  <w:color w:val="0563C1"/>
                  <w:u w:val="single"/>
                  <w:sz w:val="19"/>
                </w:rPr>
                <w:t xml:space="preserve">https://dos.fl.gov/media/693301/form-ds-de-124-2023-3pvro-voter-registration-accounting-adopted-fillable-20250210.pdf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125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Poll Watcher Designation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08/2016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21">
              <w:r>
                <w:rPr>
                  <w:color w:val="0563C1"/>
                  <w:u w:val="single"/>
                  <w:sz w:val="19"/>
                </w:rPr>
                <w:t xml:space="preserve">https://dos.fl.gov/media/696684/dsde125.pdf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English Excel: </w:t>
            </w:r>
            <w:hyperlink r:id="rId122">
              <w:r>
                <w:rPr>
                  <w:color w:val="0563C1"/>
                  <w:u w:val="single"/>
                  <w:sz w:val="19"/>
                </w:rPr>
                <w:t xml:space="preserve">https://dos.fl.gov/media/696685/dsde125.xlsx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23">
              <w:r>
                <w:rPr>
                  <w:color w:val="0563C1"/>
                  <w:u w:val="single"/>
                  <w:sz w:val="19"/>
                </w:rPr>
                <w:t xml:space="preserve">https://dos.fl.gov/media/696697/dsde125_spa.pdf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Excel: </w:t>
            </w:r>
            <w:hyperlink r:id="rId124">
              <w:r>
                <w:rPr>
                  <w:color w:val="0563C1"/>
                  <w:u w:val="single"/>
                  <w:sz w:val="19"/>
                </w:rPr>
                <w:t xml:space="preserve">https://dos.fl.gov/media/696695/dsde125_spa.xlsx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SOE Transmittal Form – 3PVRO Noncompliance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25">
              <w:r>
                <w:rPr>
                  <w:color w:val="0563C1"/>
                  <w:u w:val="single"/>
                  <w:sz w:val="19"/>
                </w:rPr>
                <w:t xml:space="preserve">https://dos.fl.gov/media/708846/form-ds-de-126-soe-transmittal-form-3pvro-noncompliance-adopted-amended-fillable-20250210.pdf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3PVRO Declarations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26">
              <w:r>
                <w:rPr>
                  <w:color w:val="0563C1"/>
                  <w:u w:val="single"/>
                  <w:sz w:val="19"/>
                </w:rPr>
                <w:t xml:space="preserve">https://dos.fl.gov/media/706999/form-ds-de-127-declarations-adopted-fillable.pdf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27">
              <w:r>
                <w:rPr>
                  <w:color w:val="0563C1"/>
                  <w:u w:val="single"/>
                  <w:sz w:val="19"/>
                </w:rPr>
                <w:t xml:space="preserve">https://dos.fl.gov/media/707864/ds-de-127-declarations-technical-change-spanish-rev.pdf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129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3PVRO Voter Application Receipt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09/2023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28">
              <w:r>
                <w:rPr>
                  <w:color w:val="0563C1"/>
                  <w:u w:val="single"/>
                  <w:sz w:val="19"/>
                </w:rPr>
                <w:t xml:space="preserve">https://dos.fl.gov/media/707000/form-ds-de-129-3pvro-voter-receipt-adopted.pdf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29">
              <w:r>
                <w:rPr>
                  <w:color w:val="0563C1"/>
                  <w:u w:val="single"/>
                  <w:sz w:val="19"/>
                </w:rPr>
                <w:t xml:space="preserve">https://dos.fl.gov/media/707865/ds-de-129-receipt-technical-change-spanish-202309-rev.pdf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Voter Registration Agencies Quarterly Activities Report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30">
              <w:r>
                <w:rPr>
                  <w:color w:val="0563C1"/>
                  <w:u w:val="single"/>
                  <w:sz w:val="19"/>
                </w:rPr>
                <w:t xml:space="preserve">https://dos.fl.gov/media/693714/dsde131.pdf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Election Coding Statement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04/2016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31">
              <w:r>
                <w:rPr>
                  <w:color w:val="0563C1"/>
                  <w:u w:val="single"/>
                  <w:sz w:val="19"/>
                </w:rPr>
                <w:t xml:space="preserve">https://dos.fl.gov/media/693303/dsde132.pdf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Voting System Registered Agent Designation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32">
              <w:r>
                <w:rPr>
                  <w:color w:val="0563C1"/>
                  <w:u w:val="single"/>
                  <w:sz w:val="19"/>
                </w:rPr>
                <w:t xml:space="preserve">https://dos.fl.gov/media/693717/dsde133.pdf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SOE Handbook on Certifying Candidate Petitions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03/2015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33">
              <w:r>
                <w:rPr>
                  <w:color w:val="0563C1"/>
                  <w:u w:val="single"/>
                  <w:sz w:val="19"/>
                </w:rPr>
                <w:t xml:space="preserve">https://dos.fl.gov/media/695853/dsde134.pdf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Election Results XML Schema Reference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07/2017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Precinct - FL. Admin. Code. Link: </w:t>
            </w:r>
            <w:hyperlink r:id="rId134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https://www.flrules.org/gateway/reference.asp?No=Ref-06153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Summary - FL. Admin. Code. Link: </w:t>
            </w:r>
            <w:hyperlink r:id="rId135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https://www.flrules.org/gateway/reference.asp?No=Ref-06152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79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Election Results XML Schema Reference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07/2017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Precinct - FL. Admin. Code. Link: </w:t>
            </w:r>
            <w:hyperlink r:id="rId136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https://www.flrules.org/gateway/reference.asp?No=Ref-06155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Summary - FL. Admin. Code. Link: </w:t>
            </w:r>
            <w:hyperlink r:id="rId137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https://www.flrules.org/gateway/reference.asp?No=Ref-06154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139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Instructions and Form for Vote-by-Mail Ballot Cure Affidavit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07/2019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38">
              <w:r>
                <w:rPr>
                  <w:color w:val="0563C1"/>
                  <w:u w:val="single"/>
                  <w:sz w:val="19"/>
                </w:rPr>
                <w:t xml:space="preserve">https://dos.fl.gov/media/700479/dsde-139-eng-07-2019.pdf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39">
              <w:r>
                <w:rPr>
                  <w:color w:val="0563C1"/>
                  <w:u w:val="single"/>
                  <w:sz w:val="19"/>
                </w:rPr>
                <w:t xml:space="preserve">https://dos.fl.gov/media/701778/dsde139_spa.pdf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Early Voting Locations/Dates/Times and Secure Ballot Intake Station Locations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XLXS: </w:t>
            </w:r>
            <w:hyperlink r:id="rId140">
              <w:r>
                <w:rPr>
                  <w:color w:val="0563C1"/>
                  <w:u w:val="single"/>
                  <w:sz w:val="19"/>
                </w:rPr>
                <w:t xml:space="preserve">https://dos.fl.gov/media/704648/ds-de-140-ev-drop-boxes-gepluspeplusspe-updated-20241020.xlsx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Reconciliation Report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XLSX: </w:t>
            </w:r>
            <w:hyperlink r:id="rId141">
              <w:r>
                <w:rPr>
                  <w:color w:val="0563C1"/>
                  <w:u w:val="single"/>
                  <w:sz w:val="19"/>
                </w:rPr>
                <w:t xml:space="preserve">https://dos.fl.gov/media/708111/dsde141-rev-20240830_final.xlsx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Minority Appointment Reporting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42">
              <w:r>
                <w:rPr>
                  <w:color w:val="0563C1"/>
                  <w:u w:val="single"/>
                  <w:sz w:val="19"/>
                </w:rPr>
                <w:t xml:space="preserve">https://dos.fl.gov/media/711373/form-minority-report-form-as-of-9-26.pdf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145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Vote-by-Mail Ballot Request Information File Layout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06/2022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43">
              <w:r>
                <w:rPr>
                  <w:color w:val="0563C1"/>
                  <w:u w:val="single"/>
                  <w:sz w:val="19"/>
                </w:rPr>
                <w:t xml:space="preserve">https://www.flrules.org/gateway/RuleNo.asp?title=ELECTIONS&amp;ID=1S-2.043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Application to Obtain Vote-by-Mail Ballot Request Information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06/2022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43">
              <w:r>
                <w:rPr>
                  <w:color w:val="0563C1"/>
                  <w:u w:val="single"/>
                  <w:sz w:val="19"/>
                </w:rPr>
                <w:t xml:space="preserve">https://www.flrules.org/gateway/RuleNo.asp?title=ELECTIONS&amp;ID=1S-2.043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Early Voting Voters List File Layout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12/2015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44">
              <w:r>
                <w:rPr>
                  <w:color w:val="0563C1"/>
                  <w:u w:val="single"/>
                  <w:sz w:val="19"/>
                </w:rPr>
                <w:t xml:space="preserve">https://dos.fl.gov/media/695815/dsde147.pdf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149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COOP Contact Information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12/2017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45">
              <w:r>
                <w:rPr>
                  <w:color w:val="0563C1"/>
                  <w:u w:val="single"/>
                  <w:sz w:val="19"/>
                </w:rPr>
                <w:t xml:space="preserve">https://dos.fl.gov/media/699101/dede149.pdf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150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Local Election Dates Report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12/2025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XLSX: </w:t>
            </w:r>
            <w:hyperlink r:id="rId146">
              <w:r>
                <w:rPr>
                  <w:color w:val="0563C1"/>
                  <w:u w:val="single"/>
                  <w:sz w:val="19"/>
                </w:rPr>
                <w:t xml:space="preserve">https://dos.fl.gov/media/698577/ds-de-150_rev20251205.xlsx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89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151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Request to Destroy Unused Election Materials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03/2025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47">
              <w:r>
                <w:rPr>
                  <w:color w:val="0563C1"/>
                  <w:u w:val="single"/>
                  <w:sz w:val="19"/>
                </w:rPr>
                <w:t xml:space="preserve">https://dos.fl.gov/media/704746/ds-de-151-request-to-destroy-unused-election-materials-20250323.pdf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153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Complaint Against Petition Circulator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48">
              <w:r>
                <w:rPr>
                  <w:color w:val="0563C1"/>
                  <w:u w:val="single"/>
                  <w:sz w:val="19"/>
                </w:rPr>
                <w:t xml:space="preserve">https://dos.fl.gov/media/704896/dsde153.pdf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155A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Constitutional Amendment Initiative Petition Form – Personal Use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Personal Use Petitions Webpage: </w:t>
            </w:r>
            <w:hyperlink r:id="rId149">
              <w:r>
                <w:rPr>
                  <w:color w:val="0563C1"/>
                  <w:u w:val="single"/>
                  <w:sz w:val="19"/>
                </w:rPr>
                <w:t xml:space="preserve">https://initiativepetitions.dos.fl.gov/Home/GetForms?id=Volunteer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155B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Constitutional Amendment Initiative Petition Form – Petition Circulator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Petition Circulators Webpage: </w:t>
            </w:r>
            <w:hyperlink r:id="rId150">
              <w:r>
                <w:rPr>
                  <w:color w:val="0563C1"/>
                  <w:u w:val="single"/>
                  <w:sz w:val="19"/>
                </w:rPr>
                <w:t xml:space="preserve">https://initiativepetitions.dos.fl.gov/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156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Constitutional Amendment Full Text (Template)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09/2021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Fla. Admin Code: </w:t>
            </w:r>
            <w:hyperlink r:id="rId151">
              <w:r>
                <w:rPr>
                  <w:color w:val="0563C1"/>
                  <w:u w:val="single"/>
                  <w:sz w:val="19"/>
                </w:rPr>
                <w:t xml:space="preserve">https://www.flrules.org/gateway/RuleNo.asp?title=ELECTIONS&amp;ID=1S-2.009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160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Statewide Vote-by-Mail Request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52">
              <w:r>
                <w:rPr>
                  <w:color w:val="0563C1"/>
                  <w:u w:val="single"/>
                  <w:sz w:val="19"/>
                </w:rPr>
                <w:t xml:space="preserve">https://dos.fl.gov/media/707937/ds-de-160-statewide-vote-by-mail-request-eng-fillable-eff-20240417.pdf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53">
              <w:r>
                <w:rPr>
                  <w:color w:val="0563C1"/>
                  <w:u w:val="single"/>
                  <w:sz w:val="19"/>
                </w:rPr>
                <w:t xml:space="preserve">https://dos.fl.gov/media/707938/ds-de-160-spn-statewide-vbm-request-form-20240424-fillable.pdf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162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Form for Personal Delivery of Vote-by-Mail Ballot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05/2024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54">
              <w:r>
                <w:rPr>
                  <w:color w:val="0563C1"/>
                  <w:u w:val="single"/>
                  <w:sz w:val="19"/>
                </w:rPr>
                <w:t xml:space="preserve">https://dos.fl.gov/media/708151/ds-de-162-eng-statewide-vote-by-mail-delivery-affidavit-form-final-adopted-eng-202405-fillable-pm.pdf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55">
              <w:r>
                <w:rPr>
                  <w:color w:val="0563C1"/>
                  <w:u w:val="single"/>
                  <w:sz w:val="19"/>
                </w:rPr>
                <w:t xml:space="preserve">https://dos.fl.gov/media/708150/ds-de-162-spn-statewide-vote-by-mail-delivery-affidavit-form-final-202405-fillable.pdf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Presidential Preference Primary ballot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201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Democratic Primary ballot, not containing a universal primary contest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202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Republican Primary ballot, not containing a universal primary contest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99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203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Nonpartisan Primary ballot, not containing a universal primary contest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204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Democratic Primary ballot, containing a universal primary contest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205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Republican Primary ballot, containing a universal primary contest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206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Nonpartisan Primary ballot, containing a universal primary contest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01/2020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207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General Election ballot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09/2018 (updated w tech change)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208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Hybrid Voting System Primary Election Paper Output Receipt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01/2016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56">
              <w:r>
                <w:rPr>
                  <w:color w:val="0563C1"/>
                  <w:u w:val="single"/>
                  <w:sz w:val="19"/>
                </w:rPr>
                <w:t xml:space="preserve">https://www.flrules.org/gateway/ruleNo.asp?id=1S-2.032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209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Provisional Ballot Certificate (Universal Template)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04/2022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57">
              <w:r>
                <w:rPr>
                  <w:color w:val="0563C1"/>
                  <w:u w:val="single"/>
                  <w:sz w:val="19"/>
                </w:rPr>
                <w:t xml:space="preserve">https://dos.fl.gov/media/705082/ds-de-209-provisional-ballot-voter-certificate.pdf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58">
              <w:r>
                <w:rPr>
                  <w:color w:val="0563C1"/>
                  <w:u w:val="single"/>
                  <w:sz w:val="19"/>
                </w:rPr>
                <w:t xml:space="preserve">https://dos.fl.gov/media/705561/ds-de-209-provisional-ballot-voter-certificate-spanish-translation-4-18-22-final.pdf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210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Provisional Ballot Cure Affidavit - Instructions and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07/2019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English PDF: </w:t>
            </w:r>
            <w:hyperlink r:id="rId159">
              <w:r>
                <w:rPr>
                  <w:color w:val="0563C1"/>
                  <w:u w:val="single"/>
                  <w:sz w:val="19"/>
                </w:rPr>
                <w:t xml:space="preserve">https://dos.fl.gov/media/701639/dsde-210-eng-07-2019.pdf</w:t>
              </w:r>
            </w:hyperlink>
          </w:p>
          <w:p>
            <w:pPr>
              <w:spacing w:after="0"/>
            </w:pPr>
            <w:r>
              <w:rPr>
                <w:sz w:val="19"/>
              </w:rPr>
              <w:t xml:space="preserve">Español PDF: </w:t>
            </w:r>
            <w:hyperlink r:id="rId160">
              <w:r>
                <w:rPr>
                  <w:color w:val="0563C1"/>
                  <w:u w:val="single"/>
                  <w:sz w:val="19"/>
                </w:rPr>
                <w:t xml:space="preserve">https://dos.fl.gov/media/701779/dsde210_spa.pdf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300A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Federal Office with Party Affiliation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1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https://flrules.org/gateway/readRefFile.asp?refId=19896&amp;filename=DSDE300A%20Fed%20Oath%20Pty%20Aff%20Final%2010-2026.pdf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300B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Federal Office without Party Affiliation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2">
              <w:r>
                <w:rPr>
                  <w:color w:val="0563C1"/>
                  <w:u w:val="single"/>
                  <w:sz w:val="19"/>
                </w:rPr>
                <w:t xml:space="preserve">https://flrules.org/gateway/reference.asp?No=Ref-19897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109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300C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Federal Office Write-In Candidate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3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https://flrules.org/gateway/readRefFile.asp?refId=19898&amp;filename=DSDE300C%20Fed%20Oath%20Write-in%20Final%2010-2026.pdf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301A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State and Local Partisan Office with Party Affiliation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4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https://flrules.org/gateway/readRefFile.asp?refId=19887&amp;filename=DSDE301A%20State%20Local%20Partisan%20Oath%20Pty%20Aff%20Final%2010-2026.pdf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301B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State and Local Partisan Office without Party Affiliation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5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https://flrules.org/gateway/readRefFile.asp?refId=19888&amp;filename=DSDE301B%20State%20Local%20Partisan%20Oath%20No%20Pty%20Aff%20Final%2010-2026.pdf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301C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State and Local Partisan Office Write-In Candidate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6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https://flrules.org/gateway/readRefFile.asp?refId=19889&amp;filename=DSDE301C%20State%20Local%20Partisan%20Oath%20Write-in%20Final%2010-2026.pdf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302NP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Nonpartisan Office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7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https://flrules.org/gateway/readRefFile.asp?refId=19893&amp;filename=DSDE302NP%20Nonpartisan%20Oath%20Final%2010-2026.pdf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303JU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Judicial Office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8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https://flrules.org/gateway/readRefFile.asp?refId=19895&amp;filename=DSDE303JU%20Judicial%20Oath%20Final%2010-2026.pdf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304SB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School Board Office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69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https://flrules.org/gateway/readRefFile.asp?refId=19894&amp;filename=DSDE304SB%20School%20Board%20Oath%20Final%2010-2026.pdf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305A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State Committeemen and Committeewomen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0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https://flrules.org/gateway/readRefFile.asp?refId=19890&amp;filename=DSDE305A%20Committeemen%20Committeewomen%20Oath%20State%20Final%2010-2026.pdf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305B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District Committeemen and Committeewomen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1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https://flrules.org/gateway/readRefFile.asp?refId=19891&amp;filename=DSDE305B%20Committeemen%20Committeewomen%20Oath%20District%20Final%2010-2026.pdf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305C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Precinct Committeemen and Committeewomen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2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https://flrules.org/gateway/readRefFile.asp?refId=19892&amp;filename=DSDE305C%20Committeemen%20Committeewomen%20Oath%20Precinct%20Final%2010-2026.pdf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119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306WP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Candidate Oath Write-In for President and Vice President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10/2026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3">
              <w:r>
                <w:rPr>
                  <w:color w:val="0563C1"/>
                  <w:u w:val="single"/>
                  <w:sz w:val="19"/>
                </w:rPr>
                <w:t xml:space="preserve">https://flrules.org/gateway/readRefFile.asp?refId=19899&amp;filename=DSDE306WP%20Pres%20VP%20Write-in%20Final%2010-2026.pdf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405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Recount Procedures Manual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06/2022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74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https://www.flrules.org/gateway/reference.asp?No=Ref-14411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121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410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Post-election Voting System Audit Procedures Manual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06/2022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FL. Admin. Code Link: </w:t>
            </w:r>
            <w:hyperlink r:id="rId175">
              <w:r>
                <w:rPr>
                  <w:color w:val="0563C1"/>
                  <w:u w:val="single"/>
                  <w:sz w:val="19"/>
                </w:rPr>
                <w:t xml:space="preserve">https://www.flrules.org/gateway/reference.asp?No=Ref-14412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122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420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Voter Intent Standards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08/2024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 (tech update): </w:t>
            </w:r>
            <w:hyperlink r:id="rId176">
              <w:r>
                <w:rPr>
                  <w:color w:val="0563C1"/>
                  <w:u w:val="single"/>
                  <w:sz w:val="19"/>
                </w:rPr>
                <w:t xml:space="preserve">https://dos.fl.gov/media/708221/ds-de-420-voter-intent-standards-072524.pdf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DS-DE 500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Felon Eligibility Opinion Request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11/28/2024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7">
              <w:r>
                <w:rPr>
                  <w:color w:val="0563C1"/>
                  <w:u w:val="single"/>
                  <w:sz w:val="19"/>
                </w:rPr>
                <w:t xml:space="preserve">https://dos.fl.gov/media/708658/ds-de-500-felon-eligibility-opinion-request-form20241128.pdf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124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DOS-119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Public Records Exemption Request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07/2025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78">
              <w:r>
                <w:rPr>
                  <w:color w:val="0563C1"/>
                  <w:u w:val="single"/>
                  <w:sz w:val="19"/>
                </w:rPr>
                <w:t xml:space="preserve">https://dos.fl.gov/media/695951/address-confidentiality-exemption-form-07-2025.pdf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125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Financial Disclosure Forms and Information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Webpage: </w:t>
            </w:r>
            <w:hyperlink r:id="rId179">
              <w:r>
                <w:rPr>
                  <w:color w:val="0563C1"/>
                  <w:u w:val="single"/>
                  <w:sz w:val="19"/>
                </w:rPr>
                <w:t xml:space="preserve">http://www.ethics.state.fl.us/FinancialDisclosure/DownloadAForm.aspx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126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Random Sampling Tables 1 - 3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80">
              <w:r>
                <w:rPr>
                  <w:color w:val="0563C1"/>
                  <w:u w:val="single"/>
                  <w:sz w:val="19"/>
                </w:rPr>
                <w:t xml:space="preserve">https://dos.fl.gov/media/695139/1s-2008-tables1-3.pdf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127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Random Sampling Tables 4 - 50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81">
              <w:r>
                <w:rPr>
                  <w:color w:val="0563C1"/>
                  <w:u w:val="single"/>
                  <w:sz w:val="19"/>
                </w:rPr>
                <w:t xml:space="preserve">https://dos.fl.gov/media/695166/1s-2008-tables4-50.pdf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128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Senate Form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Questionnaire for Senate Confirmation (for gubernatorial appointees only)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02/2025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82">
              <w:r>
                <w:rPr>
                  <w:color w:val="0563C1"/>
                  <w:u w:val="single"/>
                  <w:sz w:val="19"/>
                </w:rPr>
                <w:t xml:space="preserve">https://dos.fl.gov/media/708888/2025-senate-questionnaire-packet-gov.pdf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129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Senate Form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Questionnaire for Senate Confirmation (for appointees other than gubernatorial appointees)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02/2025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83">
              <w:r>
                <w:rPr>
                  <w:color w:val="0563C1"/>
                  <w:u w:val="single"/>
                  <w:sz w:val="19"/>
                </w:rPr>
                <w:t xml:space="preserve">https://dos.fl.gov/media/708889/2025-senate-questionnaire-packet-fillable-003.pdf</w:t>
              </w:r>
            </w:hyperlink>
          </w:p>
        </w:tc>
      </w:tr>
      <w:tr>
        <w:tc>
          <w:tcPr>
            <w:tcW w:type="dxa" w:w="576"/>
          </w:tcPr>
          <w:p>
            <w:pPr>
              <w:spacing w:after="0"/>
            </w:pPr>
            <w:r>
              <w:rPr>
                <w:sz w:val="19"/>
              </w:rPr>
              <w:t>130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Electronic Filing System (EFS) Credential Request Form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sz w:val="19"/>
              </w:rPr>
              <w:t>(no date shown)</w:t>
            </w:r>
          </w:p>
        </w:tc>
        <w:tc>
          <w:tcPr>
            <w:tcW w:type="dxa" w:w="6336"/>
          </w:tcPr>
          <w:p>
            <w:pPr>
              <w:spacing w:after="0"/>
            </w:pPr>
            <w:r>
              <w:rPr>
                <w:sz w:val="19"/>
              </w:rPr>
              <w:t xml:space="preserve">PDF: </w:t>
            </w:r>
            <w:hyperlink r:id="rId184">
              <w:r>
                <w:rPr>
                  <w:color w:val="0563C1"/>
                  <w:u w:val="single"/>
                  <w:sz w:val="19"/>
                </w:rPr>
                <w:t xml:space="preserve">https://dos.fl.gov/media/710421/efs-credential-request-form.pdf</w:t>
              </w:r>
            </w:hyperlink>
          </w:p>
        </w:tc>
      </w:tr>
    </w:tbl>
    <w:p>
      <w:pPr>
        <w:pStyle w:val="Heading2"/>
      </w:pPr>
      <w:r>
        <w:t>How items were counted</w:t>
      </w:r>
    </w:p>
    <w:p>
      <w:pPr>
        <w:pStyle w:val="ListBullet"/>
      </w:pPr>
      <w:r>
        <w:t>Publications/Reports page: each publication or report listed under the Publications and Reports headings.</w:t>
      </w:r>
    </w:p>
    <w:p>
      <w:pPr>
        <w:pStyle w:val="ListBullet"/>
      </w:pPr>
      <w:r>
        <w:t>Forms page: each row of the Master Form List. The DS-DE 39 row has two parts with their own dates and links, so it is listed as two items.</w:t>
      </w:r>
    </w:p>
    <w:p>
      <w:pPr>
        <w:pStyle w:val="ListBullet"/>
      </w:pPr>
      <w:r>
        <w:t>Not listed: links to other pages on the site (the Forms sub-page lists and the Publications Archive link) and links that have no visible text on the page.</w:t>
      </w:r>
    </w:p>
    <w:p>
      <w:pPr>
        <w:pStyle w:val="ListBullet"/>
      </w:pPr>
      <w:r>
        <w:t>Titles and dates are copied as they appear on the page.</w:t>
      </w:r>
    </w:p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s.fl.gov/elections/forms-publications/publicationsreports/" TargetMode="External"/><Relationship Id="rId10" Type="http://schemas.openxmlformats.org/officeDocument/2006/relationships/hyperlink" Target="https://dos.fl.gov/elections/forms-publications/forms/" TargetMode="External"/><Relationship Id="rId11" Type="http://schemas.openxmlformats.org/officeDocument/2006/relationships/hyperlink" Target="https://dos.fl.gov/media/709540/election-code-2025-combined-final-20250908.pdf" TargetMode="External"/><Relationship Id="rId12" Type="http://schemas.openxmlformats.org/officeDocument/2006/relationships/hyperlink" Target="https://laws.flrules.org/" TargetMode="External"/><Relationship Id="rId13" Type="http://schemas.openxmlformats.org/officeDocument/2006/relationships/hyperlink" Target="http://www.leg.state.fl.us/Welcome/index.cfm?CFID=40585098&amp;CFTOKEN=a5626ff894e753fc-F871F35A-A6ED-3467-AEC4932AA5A90027" TargetMode="External"/><Relationship Id="rId14" Type="http://schemas.openxmlformats.org/officeDocument/2006/relationships/hyperlink" Target="https://flalegistore.com/?File=index.html&amp;Directory=portal/legistore/&amp;Location=app" TargetMode="External"/><Relationship Id="rId15" Type="http://schemas.openxmlformats.org/officeDocument/2006/relationships/hyperlink" Target="https://dos.fl.gov/media/711204/2026-calendar-20260713.pdf" TargetMode="External"/><Relationship Id="rId16" Type="http://schemas.openxmlformats.org/officeDocument/2006/relationships/hyperlink" Target="https://dos.fl.gov/media/711195/final-2026-election-dates-activities-20260709-gubernatorial.xlsx" TargetMode="External"/><Relationship Id="rId17" Type="http://schemas.openxmlformats.org/officeDocument/2006/relationships/hyperlink" Target="https://dos.fl.gov/media/711203/2026-candidate-campaign-treasurer-handbook.pdf" TargetMode="External"/><Relationship Id="rId18" Type="http://schemas.openxmlformats.org/officeDocument/2006/relationships/hyperlink" Target="https://dos.fl.gov/media/711166/deadlines-for-accepting-contributions-2026-candidates.pdf" TargetMode="External"/><Relationship Id="rId19" Type="http://schemas.openxmlformats.org/officeDocument/2006/relationships/hyperlink" Target="https://dos.fl.gov/media/710686/2026-candidate-petition-handbook.pdf" TargetMode="External"/><Relationship Id="rId20" Type="http://schemas.openxmlformats.org/officeDocument/2006/relationships/hyperlink" Target="https://dos.fl.gov/media/711207/political-committee-handbook-final-20260715.pdf" TargetMode="External"/><Relationship Id="rId21" Type="http://schemas.openxmlformats.org/officeDocument/2006/relationships/hyperlink" Target="https://dos.fl.gov/media/711209/2026-eco-handbook-final-20260715.pdf" TargetMode="External"/><Relationship Id="rId22" Type="http://schemas.openxmlformats.org/officeDocument/2006/relationships/hyperlink" Target="https://files.floridados.gov/media/710685/2026-public-campaign-and-financing.pdf?v=1.1" TargetMode="External"/><Relationship Id="rId23" Type="http://schemas.openxmlformats.org/officeDocument/2006/relationships/hyperlink" Target="https://dos.fl.gov/media/710684/2026-state-qualifying-handbook.pdf" TargetMode="External"/><Relationship Id="rId24" Type="http://schemas.openxmlformats.org/officeDocument/2006/relationships/hyperlink" Target="https://dos.fl.gov/media/710687/2026-federal-qualifying-handbook.pdf" TargetMode="External"/><Relationship Id="rId25" Type="http://schemas.openxmlformats.org/officeDocument/2006/relationships/hyperlink" Target="https://dos.fl.gov/media/711211/voterregvotingguide-2026-election-cycle_eng-updated-20260720.pdf" TargetMode="External"/><Relationship Id="rId26" Type="http://schemas.openxmlformats.org/officeDocument/2006/relationships/hyperlink" Target="https://dos.fl.gov/media/711212/voterregvotingguide-2026-election-cycle_spn-updated-20260720.pdf" TargetMode="External"/><Relationship Id="rId27" Type="http://schemas.openxmlformats.org/officeDocument/2006/relationships/hyperlink" Target="https://dos.fl.gov/media/711369/eng-2026-booklet-constitutional-amendpub-updated-20260903.pdf" TargetMode="External"/><Relationship Id="rId28" Type="http://schemas.openxmlformats.org/officeDocument/2006/relationships/hyperlink" Target="https://dos.fl.gov/media/711370/spn-2026-booklet-constitutional-amendpub-updated-20260903.pdf" TargetMode="External"/><Relationship Id="rId29" Type="http://schemas.openxmlformats.org/officeDocument/2006/relationships/hyperlink" Target="https://dos.fl.gov/media/708894/2024-ge-consolidated-post-election-reports_final.pdf" TargetMode="External"/><Relationship Id="rId30" Type="http://schemas.openxmlformats.org/officeDocument/2006/relationships/hyperlink" Target="https://dos.fl.gov/media/709958/01_2024-gen-aggregateresults-overunderreport_redacted.xlsx" TargetMode="External"/><Relationship Id="rId31" Type="http://schemas.openxmlformats.org/officeDocument/2006/relationships/hyperlink" Target="https://dos.fl.gov/media/709959/a_thru_e_pear.zip" TargetMode="External"/><Relationship Id="rId32" Type="http://schemas.openxmlformats.org/officeDocument/2006/relationships/hyperlink" Target="https://dos.fl.gov/media/709960/f_thru_j__pear.zip" TargetMode="External"/><Relationship Id="rId33" Type="http://schemas.openxmlformats.org/officeDocument/2006/relationships/hyperlink" Target="https://dos.fl.gov/media/709961/l_thru_o__pear.zip" TargetMode="External"/><Relationship Id="rId34" Type="http://schemas.openxmlformats.org/officeDocument/2006/relationships/hyperlink" Target="https://dos.fl.gov/media/709962/p_thru_z__pear.zip" TargetMode="External"/><Relationship Id="rId35" Type="http://schemas.openxmlformats.org/officeDocument/2006/relationships/hyperlink" Target="https://dos.fl.gov/media/702493/dsde02-cont-returned-dec-2019.pdf" TargetMode="External"/><Relationship Id="rId36" Type="http://schemas.openxmlformats.org/officeDocument/2006/relationships/hyperlink" Target="https://dos.fl.gov/media/693630/dsde5.pdf" TargetMode="External"/><Relationship Id="rId37" Type="http://schemas.openxmlformats.org/officeDocument/2006/relationships/hyperlink" Target="https://dos.fl.gov/media/693239/dsde06.pdf" TargetMode="External"/><Relationship Id="rId38" Type="http://schemas.openxmlformats.org/officeDocument/2006/relationships/hyperlink" Target="https://dos.fl.gov/media/703113/dsde07-may-2020.pdf" TargetMode="External"/><Relationship Id="rId39" Type="http://schemas.openxmlformats.org/officeDocument/2006/relationships/hyperlink" Target="https://dos.fl.gov/media/703114/dsde07a-may-2020.pdf" TargetMode="External"/><Relationship Id="rId40" Type="http://schemas.openxmlformats.org/officeDocument/2006/relationships/hyperlink" Target="https://flrules.org/gateway/readRefFile.asp?refId=19886&amp;filename=DSDE09%20CAN%20App%20Cam%20Treas%20Final%2010-2026.pdf" TargetMode="External"/><Relationship Id="rId41" Type="http://schemas.openxmlformats.org/officeDocument/2006/relationships/hyperlink" Target="https://dos.fl.gov/media/708161/final-ds-de-11-manual.pdf" TargetMode="External"/><Relationship Id="rId42" Type="http://schemas.openxmlformats.org/officeDocument/2006/relationships/hyperlink" Target="https://dos.fl.gov/media/693241/dsde12.pdf" TargetMode="External"/><Relationship Id="rId43" Type="http://schemas.openxmlformats.org/officeDocument/2006/relationships/hyperlink" Target="https://dos.fl.gov/media/693243/dsde13.pdf" TargetMode="External"/><Relationship Id="rId44" Type="http://schemas.openxmlformats.org/officeDocument/2006/relationships/hyperlink" Target="https://dos.fl.gov/media/693242/dsde13a.pdf" TargetMode="External"/><Relationship Id="rId45" Type="http://schemas.openxmlformats.org/officeDocument/2006/relationships/hyperlink" Target="https://dos.fl.gov/media/693244/dsde14.pdf" TargetMode="External"/><Relationship Id="rId46" Type="http://schemas.openxmlformats.org/officeDocument/2006/relationships/hyperlink" Target="https://dos.fl.gov/media/693245/dsde14a.pdf" TargetMode="External"/><Relationship Id="rId47" Type="http://schemas.openxmlformats.org/officeDocument/2006/relationships/hyperlink" Target="https://dos.fl.gov/media/693246/dsde18.pdf" TargetMode="External"/><Relationship Id="rId48" Type="http://schemas.openxmlformats.org/officeDocument/2006/relationships/hyperlink" Target="https://dos.fl.gov/media/693247/dsde18_spa.pdf" TargetMode="External"/><Relationship Id="rId49" Type="http://schemas.openxmlformats.org/officeDocument/2006/relationships/hyperlink" Target="https://dos.fl.gov/media/693249/dsde18a.pdf" TargetMode="External"/><Relationship Id="rId50" Type="http://schemas.openxmlformats.org/officeDocument/2006/relationships/hyperlink" Target="https://dos.fl.gov/media/693251/dsde18a_spa.pdf" TargetMode="External"/><Relationship Id="rId51" Type="http://schemas.openxmlformats.org/officeDocument/2006/relationships/hyperlink" Target="https://dos.fl.gov/media/693250/dsde18b.pdf" TargetMode="External"/><Relationship Id="rId52" Type="http://schemas.openxmlformats.org/officeDocument/2006/relationships/hyperlink" Target="https://dos.fl.gov/media/693253/dsde18b_spa.pdf" TargetMode="External"/><Relationship Id="rId53" Type="http://schemas.openxmlformats.org/officeDocument/2006/relationships/hyperlink" Target="https://dos.fl.gov/media/693811/dsde19a-aff-undue-burden-can-final-20250311.pdf" TargetMode="External"/><Relationship Id="rId54" Type="http://schemas.openxmlformats.org/officeDocument/2006/relationships/hyperlink" Target="https://dos.fl.gov/media/710108/dsde19d-aff-undue-burden-pc-final-march-2026.pdf" TargetMode="External"/><Relationship Id="rId55" Type="http://schemas.openxmlformats.org/officeDocument/2006/relationships/hyperlink" Target="https://dos.fl.gov/media/693644/dsde20.pdf" TargetMode="External"/><Relationship Id="rId56" Type="http://schemas.openxmlformats.org/officeDocument/2006/relationships/hyperlink" Target="https://dos.fl.gov/media/693646/dsde20_spa.pdf" TargetMode="External"/><Relationship Id="rId57" Type="http://schemas.openxmlformats.org/officeDocument/2006/relationships/hyperlink" Target="https://dos.fl.gov/media/693645/dsde21.pdf" TargetMode="External"/><Relationship Id="rId58" Type="http://schemas.openxmlformats.org/officeDocument/2006/relationships/hyperlink" Target="https://dos.fl.gov/media/693647/dsde21_spa.pdf" TargetMode="External"/><Relationship Id="rId59" Type="http://schemas.openxmlformats.org/officeDocument/2006/relationships/hyperlink" Target="https://flrules.org/gateway/readRefFile.asp?refId=19831&amp;filename=DS-DE%2034%20Elections%20Fraud%20Complaint%20Final.pdf" TargetMode="External"/><Relationship Id="rId60" Type="http://schemas.openxmlformats.org/officeDocument/2006/relationships/hyperlink" Target="https://dos.fl.gov/media/693648/dsde35.pdf" TargetMode="External"/><Relationship Id="rId61" Type="http://schemas.openxmlformats.org/officeDocument/2006/relationships/hyperlink" Target="https://dos.fl.gov/media/693649/dsde35_spa.pdf" TargetMode="External"/><Relationship Id="rId62" Type="http://schemas.openxmlformats.org/officeDocument/2006/relationships/hyperlink" Target="https://dos.fl.gov/media/704789/1s-2040-form-ds-de-39-eng-fillable-20251017.pdf" TargetMode="External"/><Relationship Id="rId63" Type="http://schemas.openxmlformats.org/officeDocument/2006/relationships/hyperlink" Target="https://dos.fl.gov/media/704790/1s-2040-form-ds-de-39-spn-fillable-eff-20251017.pdf" TargetMode="External"/><Relationship Id="rId64" Type="http://schemas.openxmlformats.org/officeDocument/2006/relationships/hyperlink" Target="https://dos.fl.gov/media/711425/voter-app-addresses-eng-updated-202510.pdf?No=Ref-16584" TargetMode="External"/><Relationship Id="rId65" Type="http://schemas.openxmlformats.org/officeDocument/2006/relationships/hyperlink" Target="https://dos.fl.gov/media/711426/voter-app-addresses-spa-updated-202510.pdf" TargetMode="External"/><Relationship Id="rId66" Type="http://schemas.openxmlformats.org/officeDocument/2006/relationships/hyperlink" Target="https://dos.fl.gov/media/711206/ds-de-40-overundervoterpt-2026_072026.xlsx" TargetMode="External"/><Relationship Id="rId67" Type="http://schemas.openxmlformats.org/officeDocument/2006/relationships/hyperlink" Target="https://dos.fl.gov/media/693270/dsde41.pdf" TargetMode="External"/><Relationship Id="rId68" Type="http://schemas.openxmlformats.org/officeDocument/2006/relationships/hyperlink" Target="https://dos.fl.gov/media/693273/dsde48.pdf" TargetMode="External"/><Relationship Id="rId69" Type="http://schemas.openxmlformats.org/officeDocument/2006/relationships/hyperlink" Target="https://dos.fl.gov/media/693639/dsde48a.pdf" TargetMode="External"/><Relationship Id="rId70" Type="http://schemas.openxmlformats.org/officeDocument/2006/relationships/hyperlink" Target="https://dos.fl.gov/media/702653/dsde56-oath-acceptance-jul-2025.pdf" TargetMode="External"/><Relationship Id="rId71" Type="http://schemas.openxmlformats.org/officeDocument/2006/relationships/hyperlink" Target="https://dos.fl.gov/media/693629/dsde59.pdf" TargetMode="External"/><Relationship Id="rId72" Type="http://schemas.openxmlformats.org/officeDocument/2006/relationships/hyperlink" Target="https://dos.fl.gov/media/693278/dsde59_spa.pdf" TargetMode="External"/><Relationship Id="rId73" Type="http://schemas.openxmlformats.org/officeDocument/2006/relationships/hyperlink" Target="https://dos.fl.gov/media/693641/dsde60.pdf" TargetMode="External"/><Relationship Id="rId74" Type="http://schemas.openxmlformats.org/officeDocument/2006/relationships/hyperlink" Target="https://dos.fl.gov/media/693279/dsde61.pdf" TargetMode="External"/><Relationship Id="rId75" Type="http://schemas.openxmlformats.org/officeDocument/2006/relationships/hyperlink" Target="https://dos.fl.gov/media/693275/dsde62.pdf" TargetMode="External"/><Relationship Id="rId76" Type="http://schemas.openxmlformats.org/officeDocument/2006/relationships/hyperlink" Target="https://dos.fl.gov/media/699334/dsde68.pdf" TargetMode="External"/><Relationship Id="rId77" Type="http://schemas.openxmlformats.org/officeDocument/2006/relationships/hyperlink" Target="https://dos.fl.gov/media/699333/dsde68_spa.pdf" TargetMode="External"/><Relationship Id="rId78" Type="http://schemas.openxmlformats.org/officeDocument/2006/relationships/hyperlink" Target="https://dos.fl.gov/media/693670/dsde69.pdf" TargetMode="External"/><Relationship Id="rId79" Type="http://schemas.openxmlformats.org/officeDocument/2006/relationships/hyperlink" Target="https://dos.fl.gov/media/693276/dsde73.pdf" TargetMode="External"/><Relationship Id="rId80" Type="http://schemas.openxmlformats.org/officeDocument/2006/relationships/hyperlink" Target="https://dos.fl.gov/media/693277/dsde73a.pdf" TargetMode="External"/><Relationship Id="rId81" Type="http://schemas.openxmlformats.org/officeDocument/2006/relationships/hyperlink" Target="https://dos.fl.gov/media/693713/dsde77-2024.pdf" TargetMode="External"/><Relationship Id="rId82" Type="http://schemas.openxmlformats.org/officeDocument/2006/relationships/hyperlink" Target="https://dos.fl.gov/media/693715/dsde77-2024-w-spanish-app.pdf" TargetMode="External"/><Relationship Id="rId83" Type="http://schemas.openxmlformats.org/officeDocument/2006/relationships/hyperlink" Target="https://dos.fl.gov/media/707877/ds-de-81_conduct-of-elections_4_16_24.pdf" TargetMode="External"/><Relationship Id="rId84" Type="http://schemas.openxmlformats.org/officeDocument/2006/relationships/hyperlink" Target="https://dos.fl.gov/media/710422/dsde83-st-of-cand-jud-apr-2026.pdf" TargetMode="External"/><Relationship Id="rId85" Type="http://schemas.openxmlformats.org/officeDocument/2006/relationships/hyperlink" Target="https://dos.fl.gov/media/710423/dsde84-st-of-cand-apr-2026.pdf" TargetMode="External"/><Relationship Id="rId86" Type="http://schemas.openxmlformats.org/officeDocument/2006/relationships/hyperlink" Target="https://dos.fl.gov/media/693643/dsde86.pdf" TargetMode="External"/><Relationship Id="rId87" Type="http://schemas.openxmlformats.org/officeDocument/2006/relationships/hyperlink" Target="https://dos.fl.gov/media/707428/dsde87-waiver-jan-2024.pdf" TargetMode="External"/><Relationship Id="rId88" Type="http://schemas.openxmlformats.org/officeDocument/2006/relationships/hyperlink" Target="https://dos.fl.gov/media/693283/dsde90.pdf" TargetMode="External"/><Relationship Id="rId89" Type="http://schemas.openxmlformats.org/officeDocument/2006/relationships/hyperlink" Target="https://dos.fl.gov/media/693285/dsde94.pdf" TargetMode="External"/><Relationship Id="rId90" Type="http://schemas.openxmlformats.org/officeDocument/2006/relationships/hyperlink" Target="https://dos.fl.gov/media/693287/dsde96.pdf" TargetMode="External"/><Relationship Id="rId91" Type="http://schemas.openxmlformats.org/officeDocument/2006/relationships/hyperlink" Target="https://dos.fl.gov/media/693286/dsde97.pdf" TargetMode="External"/><Relationship Id="rId92" Type="http://schemas.openxmlformats.org/officeDocument/2006/relationships/hyperlink" Target="https://dos.fl.gov/media/693288/dsde98.pdf" TargetMode="External"/><Relationship Id="rId93" Type="http://schemas.openxmlformats.org/officeDocument/2006/relationships/hyperlink" Target="https://dos.fl.gov/media/693289/dsde100.pdf" TargetMode="External"/><Relationship Id="rId94" Type="http://schemas.openxmlformats.org/officeDocument/2006/relationships/hyperlink" Target="https://dos.fl.gov/media/693718/dsde101.pdf" TargetMode="External"/><Relationship Id="rId95" Type="http://schemas.openxmlformats.org/officeDocument/2006/relationships/hyperlink" Target="https://dos.fl.gov/media/693292/dsde102.pdf" TargetMode="External"/><Relationship Id="rId96" Type="http://schemas.openxmlformats.org/officeDocument/2006/relationships/hyperlink" Target="https://dos.fl.gov/media/693290/dsde103.pdf" TargetMode="External"/><Relationship Id="rId97" Type="http://schemas.openxmlformats.org/officeDocument/2006/relationships/hyperlink" Target="https://dos.fl.gov/media/693291/dsde104.pdf" TargetMode="External"/><Relationship Id="rId98" Type="http://schemas.openxmlformats.org/officeDocument/2006/relationships/hyperlink" Target="https://dos.fl.gov/media/693293/dsde104_spa.pdf" TargetMode="External"/><Relationship Id="rId99" Type="http://schemas.openxmlformats.org/officeDocument/2006/relationships/hyperlink" Target="https://dos.fl.gov/media/695160/dsde105b.pdf" TargetMode="External"/><Relationship Id="rId100" Type="http://schemas.openxmlformats.org/officeDocument/2006/relationships/hyperlink" Target="https://dos.fl.gov/media/695165/dsde106.pdf" TargetMode="External"/><Relationship Id="rId101" Type="http://schemas.openxmlformats.org/officeDocument/2006/relationships/hyperlink" Target="https://dos.fl.gov/media/695164/dsde106a.pdf" TargetMode="External"/><Relationship Id="rId102" Type="http://schemas.openxmlformats.org/officeDocument/2006/relationships/hyperlink" Target="https://dos.fl.gov/media/707689/ds-de-107-voting-systems-audit-report-2013-amendment.pdf" TargetMode="External"/><Relationship Id="rId103" Type="http://schemas.openxmlformats.org/officeDocument/2006/relationships/hyperlink" Target="https://www.flrules.org/gateway/reference.asp?No=Ref-00123" TargetMode="External"/><Relationship Id="rId104" Type="http://schemas.openxmlformats.org/officeDocument/2006/relationships/hyperlink" Target="https://www.flrules.org/gateway/reference.asp?No=Ref-00124" TargetMode="External"/><Relationship Id="rId105" Type="http://schemas.openxmlformats.org/officeDocument/2006/relationships/hyperlink" Target="https://www.flrules.org/gateway/reference.asp?No=Ref-00126" TargetMode="External"/><Relationship Id="rId106" Type="http://schemas.openxmlformats.org/officeDocument/2006/relationships/hyperlink" Target="https://www.flrules.org/gateway/reference.asp?No=Ref-00122" TargetMode="External"/><Relationship Id="rId107" Type="http://schemas.openxmlformats.org/officeDocument/2006/relationships/hyperlink" Target="https://dos.fl.gov/media/694087/dsde111a.pdf" TargetMode="External"/><Relationship Id="rId108" Type="http://schemas.openxmlformats.org/officeDocument/2006/relationships/hyperlink" Target="https://dos.fl.gov/media/695167/dsde112.pdf" TargetMode="External"/><Relationship Id="rId109" Type="http://schemas.openxmlformats.org/officeDocument/2006/relationships/hyperlink" Target="https://dos.fl.gov/media/695168/dsde112_spa.pdf" TargetMode="External"/><Relationship Id="rId110" Type="http://schemas.openxmlformats.org/officeDocument/2006/relationships/hyperlink" Target="https://dos.fl.gov/media/695169/dsde113.pdf" TargetMode="External"/><Relationship Id="rId111" Type="http://schemas.openxmlformats.org/officeDocument/2006/relationships/hyperlink" Target="https://dos.fl.gov/media/695179/dsde113_spa.pdf" TargetMode="External"/><Relationship Id="rId112" Type="http://schemas.openxmlformats.org/officeDocument/2006/relationships/hyperlink" Target="https://dos.fl.gov/media/705323/final-ds-de-117-excel-address-list-maintenance-form-20220208.xlsx" TargetMode="External"/><Relationship Id="rId113" Type="http://schemas.openxmlformats.org/officeDocument/2006/relationships/hyperlink" Target="https://dos.fl.gov/media/705324/final-ds-de-118-excel-eligibility-records-maintenance-20220208.xlsx" TargetMode="External"/><Relationship Id="rId114" Type="http://schemas.openxmlformats.org/officeDocument/2006/relationships/hyperlink" Target="https://dos.fl.gov/media/707607/form-ds-de-119-2023-3pvro-registration-adopted-rev.pdf" TargetMode="External"/><Relationship Id="rId115" Type="http://schemas.openxmlformats.org/officeDocument/2006/relationships/hyperlink" Target="https://dos.fl.gov/media/707869/ds-de-119-3pvro-reg-term-spanish-202309-rev1.pdf" TargetMode="External"/><Relationship Id="rId116" Type="http://schemas.openxmlformats.org/officeDocument/2006/relationships/hyperlink" Target="https://dos.fl.gov/media/706996/form-ds-de-121-2023-3pvro-complaint-adopted-fillable.pdf" TargetMode="External"/><Relationship Id="rId117" Type="http://schemas.openxmlformats.org/officeDocument/2006/relationships/hyperlink" Target="https://dos.fl.gov/media/707866/ds-de-121-3pvro-complaint-spanish-202309-rev.pdf" TargetMode="External"/><Relationship Id="rId118" Type="http://schemas.openxmlformats.org/officeDocument/2006/relationships/hyperlink" Target="https://dos.fl.gov/media/695170/dsde122.pdf" TargetMode="External"/><Relationship Id="rId119" Type="http://schemas.openxmlformats.org/officeDocument/2006/relationships/hyperlink" Target="https://dos.fl.gov/media/695470/dsde-122_spa.pdf" TargetMode="External"/><Relationship Id="rId120" Type="http://schemas.openxmlformats.org/officeDocument/2006/relationships/hyperlink" Target="https://dos.fl.gov/media/693301/form-ds-de-124-2023-3pvro-voter-registration-accounting-adopted-fillable-20250210.pdf" TargetMode="External"/><Relationship Id="rId121" Type="http://schemas.openxmlformats.org/officeDocument/2006/relationships/hyperlink" Target="https://dos.fl.gov/media/696684/dsde125.pdf" TargetMode="External"/><Relationship Id="rId122" Type="http://schemas.openxmlformats.org/officeDocument/2006/relationships/hyperlink" Target="https://dos.fl.gov/media/696685/dsde125.xlsx" TargetMode="External"/><Relationship Id="rId123" Type="http://schemas.openxmlformats.org/officeDocument/2006/relationships/hyperlink" Target="https://dos.fl.gov/media/696697/dsde125_spa.pdf" TargetMode="External"/><Relationship Id="rId124" Type="http://schemas.openxmlformats.org/officeDocument/2006/relationships/hyperlink" Target="https://dos.fl.gov/media/696695/dsde125_spa.xlsx" TargetMode="External"/><Relationship Id="rId125" Type="http://schemas.openxmlformats.org/officeDocument/2006/relationships/hyperlink" Target="https://dos.fl.gov/media/708846/form-ds-de-126-soe-transmittal-form-3pvro-noncompliance-adopted-amended-fillable-20250210.pdf" TargetMode="External"/><Relationship Id="rId126" Type="http://schemas.openxmlformats.org/officeDocument/2006/relationships/hyperlink" Target="https://dos.fl.gov/media/706999/form-ds-de-127-declarations-adopted-fillable.pdf" TargetMode="External"/><Relationship Id="rId127" Type="http://schemas.openxmlformats.org/officeDocument/2006/relationships/hyperlink" Target="https://dos.fl.gov/media/707864/ds-de-127-declarations-technical-change-spanish-rev.pdf" TargetMode="External"/><Relationship Id="rId128" Type="http://schemas.openxmlformats.org/officeDocument/2006/relationships/hyperlink" Target="https://dos.fl.gov/media/707000/form-ds-de-129-3pvro-voter-receipt-adopted.pdf" TargetMode="External"/><Relationship Id="rId129" Type="http://schemas.openxmlformats.org/officeDocument/2006/relationships/hyperlink" Target="https://dos.fl.gov/media/707865/ds-de-129-receipt-technical-change-spanish-202309-rev.pdf" TargetMode="External"/><Relationship Id="rId130" Type="http://schemas.openxmlformats.org/officeDocument/2006/relationships/hyperlink" Target="https://dos.fl.gov/media/693714/dsde131.pdf" TargetMode="External"/><Relationship Id="rId131" Type="http://schemas.openxmlformats.org/officeDocument/2006/relationships/hyperlink" Target="https://dos.fl.gov/media/693303/dsde132.pdf" TargetMode="External"/><Relationship Id="rId132" Type="http://schemas.openxmlformats.org/officeDocument/2006/relationships/hyperlink" Target="https://dos.fl.gov/media/693717/dsde133.pdf" TargetMode="External"/><Relationship Id="rId133" Type="http://schemas.openxmlformats.org/officeDocument/2006/relationships/hyperlink" Target="https://dos.fl.gov/media/695853/dsde134.pdf" TargetMode="External"/><Relationship Id="rId134" Type="http://schemas.openxmlformats.org/officeDocument/2006/relationships/hyperlink" Target="https://www.flrules.org/gateway/reference.asp?No=Ref-06153" TargetMode="External"/><Relationship Id="rId135" Type="http://schemas.openxmlformats.org/officeDocument/2006/relationships/hyperlink" Target="https://www.flrules.org/gateway/reference.asp?No=Ref-06152" TargetMode="External"/><Relationship Id="rId136" Type="http://schemas.openxmlformats.org/officeDocument/2006/relationships/hyperlink" Target="https://www.flrules.org/gateway/reference.asp?No=Ref-06155" TargetMode="External"/><Relationship Id="rId137" Type="http://schemas.openxmlformats.org/officeDocument/2006/relationships/hyperlink" Target="https://www.flrules.org/gateway/reference.asp?No=Ref-06154" TargetMode="External"/><Relationship Id="rId138" Type="http://schemas.openxmlformats.org/officeDocument/2006/relationships/hyperlink" Target="https://dos.fl.gov/media/700479/dsde-139-eng-07-2019.pdf" TargetMode="External"/><Relationship Id="rId139" Type="http://schemas.openxmlformats.org/officeDocument/2006/relationships/hyperlink" Target="https://dos.fl.gov/media/701778/dsde139_spa.pdf" TargetMode="External"/><Relationship Id="rId140" Type="http://schemas.openxmlformats.org/officeDocument/2006/relationships/hyperlink" Target="https://dos.fl.gov/media/704648/ds-de-140-ev-drop-boxes-gepluspeplusspe-updated-20241020.xlsx" TargetMode="External"/><Relationship Id="rId141" Type="http://schemas.openxmlformats.org/officeDocument/2006/relationships/hyperlink" Target="https://dos.fl.gov/media/708111/dsde141-rev-20240830_final.xlsx" TargetMode="External"/><Relationship Id="rId142" Type="http://schemas.openxmlformats.org/officeDocument/2006/relationships/hyperlink" Target="https://dos.fl.gov/media/711373/form-minority-report-form-as-of-9-26.pdf" TargetMode="External"/><Relationship Id="rId143" Type="http://schemas.openxmlformats.org/officeDocument/2006/relationships/hyperlink" Target="https://www.flrules.org/gateway/RuleNo.asp?title=ELECTIONS&amp;ID=1S-2.043" TargetMode="External"/><Relationship Id="rId144" Type="http://schemas.openxmlformats.org/officeDocument/2006/relationships/hyperlink" Target="https://dos.fl.gov/media/695815/dsde147.pdf" TargetMode="External"/><Relationship Id="rId145" Type="http://schemas.openxmlformats.org/officeDocument/2006/relationships/hyperlink" Target="https://dos.fl.gov/media/699101/dede149.pdf" TargetMode="External"/><Relationship Id="rId146" Type="http://schemas.openxmlformats.org/officeDocument/2006/relationships/hyperlink" Target="https://dos.fl.gov/media/698577/ds-de-150_rev20251205.xlsx" TargetMode="External"/><Relationship Id="rId147" Type="http://schemas.openxmlformats.org/officeDocument/2006/relationships/hyperlink" Target="https://dos.fl.gov/media/704746/ds-de-151-request-to-destroy-unused-election-materials-20250323.pdf" TargetMode="External"/><Relationship Id="rId148" Type="http://schemas.openxmlformats.org/officeDocument/2006/relationships/hyperlink" Target="https://dos.fl.gov/media/704896/dsde153.pdf" TargetMode="External"/><Relationship Id="rId149" Type="http://schemas.openxmlformats.org/officeDocument/2006/relationships/hyperlink" Target="https://initiativepetitions.dos.fl.gov/Home/GetForms?id=Volunteer" TargetMode="External"/><Relationship Id="rId150" Type="http://schemas.openxmlformats.org/officeDocument/2006/relationships/hyperlink" Target="https://initiativepetitions.dos.fl.gov/" TargetMode="External"/><Relationship Id="rId151" Type="http://schemas.openxmlformats.org/officeDocument/2006/relationships/hyperlink" Target="https://www.flrules.org/gateway/RuleNo.asp?title=ELECTIONS&amp;ID=1S-2.009" TargetMode="External"/><Relationship Id="rId152" Type="http://schemas.openxmlformats.org/officeDocument/2006/relationships/hyperlink" Target="https://dos.fl.gov/media/707937/ds-de-160-statewide-vote-by-mail-request-eng-fillable-eff-20240417.pdf" TargetMode="External"/><Relationship Id="rId153" Type="http://schemas.openxmlformats.org/officeDocument/2006/relationships/hyperlink" Target="https://dos.fl.gov/media/707938/ds-de-160-spn-statewide-vbm-request-form-20240424-fillable.pdf" TargetMode="External"/><Relationship Id="rId154" Type="http://schemas.openxmlformats.org/officeDocument/2006/relationships/hyperlink" Target="https://dos.fl.gov/media/708151/ds-de-162-eng-statewide-vote-by-mail-delivery-affidavit-form-final-adopted-eng-202405-fillable-pm.pdf" TargetMode="External"/><Relationship Id="rId155" Type="http://schemas.openxmlformats.org/officeDocument/2006/relationships/hyperlink" Target="https://dos.fl.gov/media/708150/ds-de-162-spn-statewide-vote-by-mail-delivery-affidavit-form-final-202405-fillable.pdf" TargetMode="External"/><Relationship Id="rId156" Type="http://schemas.openxmlformats.org/officeDocument/2006/relationships/hyperlink" Target="https://www.flrules.org/gateway/ruleNo.asp?id=1S-2.032" TargetMode="External"/><Relationship Id="rId157" Type="http://schemas.openxmlformats.org/officeDocument/2006/relationships/hyperlink" Target="https://dos.fl.gov/media/705082/ds-de-209-provisional-ballot-voter-certificate.pdf" TargetMode="External"/><Relationship Id="rId158" Type="http://schemas.openxmlformats.org/officeDocument/2006/relationships/hyperlink" Target="https://dos.fl.gov/media/705561/ds-de-209-provisional-ballot-voter-certificate-spanish-translation-4-18-22-final.pdf" TargetMode="External"/><Relationship Id="rId159" Type="http://schemas.openxmlformats.org/officeDocument/2006/relationships/hyperlink" Target="https://dos.fl.gov/media/701639/dsde-210-eng-07-2019.pdf" TargetMode="External"/><Relationship Id="rId160" Type="http://schemas.openxmlformats.org/officeDocument/2006/relationships/hyperlink" Target="https://dos.fl.gov/media/701779/dsde210_spa.pdf" TargetMode="External"/><Relationship Id="rId161" Type="http://schemas.openxmlformats.org/officeDocument/2006/relationships/hyperlink" Target="https://flrules.org/gateway/readRefFile.asp?refId=19896&amp;filename=DSDE300A%20Fed%20Oath%20Pty%20Aff%20Final%2010-2026.pdf" TargetMode="External"/><Relationship Id="rId162" Type="http://schemas.openxmlformats.org/officeDocument/2006/relationships/hyperlink" Target="https://flrules.org/gateway/reference.asp?No=Ref-19897" TargetMode="External"/><Relationship Id="rId163" Type="http://schemas.openxmlformats.org/officeDocument/2006/relationships/hyperlink" Target="https://flrules.org/gateway/readRefFile.asp?refId=19898&amp;filename=DSDE300C%20Fed%20Oath%20Write-in%20Final%2010-2026.pdf" TargetMode="External"/><Relationship Id="rId164" Type="http://schemas.openxmlformats.org/officeDocument/2006/relationships/hyperlink" Target="https://flrules.org/gateway/readRefFile.asp?refId=19887&amp;filename=DSDE301A%20State%20Local%20Partisan%20Oath%20Pty%20Aff%20Final%2010-2026.pdf" TargetMode="External"/><Relationship Id="rId165" Type="http://schemas.openxmlformats.org/officeDocument/2006/relationships/hyperlink" Target="https://flrules.org/gateway/readRefFile.asp?refId=19888&amp;filename=DSDE301B%20State%20Local%20Partisan%20Oath%20No%20Pty%20Aff%20Final%2010-2026.pdf" TargetMode="External"/><Relationship Id="rId166" Type="http://schemas.openxmlformats.org/officeDocument/2006/relationships/hyperlink" Target="https://flrules.org/gateway/readRefFile.asp?refId=19889&amp;filename=DSDE301C%20State%20Local%20Partisan%20Oath%20Write-in%20Final%2010-2026.pdf" TargetMode="External"/><Relationship Id="rId167" Type="http://schemas.openxmlformats.org/officeDocument/2006/relationships/hyperlink" Target="https://flrules.org/gateway/readRefFile.asp?refId=19893&amp;filename=DSDE302NP%20Nonpartisan%20Oath%20Final%2010-2026.pdf" TargetMode="External"/><Relationship Id="rId168" Type="http://schemas.openxmlformats.org/officeDocument/2006/relationships/hyperlink" Target="https://flrules.org/gateway/readRefFile.asp?refId=19895&amp;filename=DSDE303JU%20Judicial%20Oath%20Final%2010-2026.pdf" TargetMode="External"/><Relationship Id="rId169" Type="http://schemas.openxmlformats.org/officeDocument/2006/relationships/hyperlink" Target="https://flrules.org/gateway/readRefFile.asp?refId=19894&amp;filename=DSDE304SB%20School%20Board%20Oath%20Final%2010-2026.pdf" TargetMode="External"/><Relationship Id="rId170" Type="http://schemas.openxmlformats.org/officeDocument/2006/relationships/hyperlink" Target="https://flrules.org/gateway/readRefFile.asp?refId=19890&amp;filename=DSDE305A%20Committeemen%20Committeewomen%20Oath%20State%20Final%2010-2026.pdf" TargetMode="External"/><Relationship Id="rId171" Type="http://schemas.openxmlformats.org/officeDocument/2006/relationships/hyperlink" Target="https://flrules.org/gateway/readRefFile.asp?refId=19891&amp;filename=DSDE305B%20Committeemen%20Committeewomen%20Oath%20District%20Final%2010-2026.pdf" TargetMode="External"/><Relationship Id="rId172" Type="http://schemas.openxmlformats.org/officeDocument/2006/relationships/hyperlink" Target="https://flrules.org/gateway/readRefFile.asp?refId=19892&amp;filename=DSDE305C%20Committeemen%20Committeewomen%20Oath%20Precinct%20Final%2010-2026.pdf" TargetMode="External"/><Relationship Id="rId173" Type="http://schemas.openxmlformats.org/officeDocument/2006/relationships/hyperlink" Target="https://flrules.org/gateway/readRefFile.asp?refId=19899&amp;filename=DSDE306WP%20Pres%20VP%20Write-in%20Final%2010-2026.pdf" TargetMode="External"/><Relationship Id="rId174" Type="http://schemas.openxmlformats.org/officeDocument/2006/relationships/hyperlink" Target="https://www.flrules.org/gateway/reference.asp?No=Ref-14411" TargetMode="External"/><Relationship Id="rId175" Type="http://schemas.openxmlformats.org/officeDocument/2006/relationships/hyperlink" Target="https://www.flrules.org/gateway/reference.asp?No=Ref-14412" TargetMode="External"/><Relationship Id="rId176" Type="http://schemas.openxmlformats.org/officeDocument/2006/relationships/hyperlink" Target="https://dos.fl.gov/media/708221/ds-de-420-voter-intent-standards-072524.pdf" TargetMode="External"/><Relationship Id="rId177" Type="http://schemas.openxmlformats.org/officeDocument/2006/relationships/hyperlink" Target="https://dos.fl.gov/media/708658/ds-de-500-felon-eligibility-opinion-request-form20241128.pdf" TargetMode="External"/><Relationship Id="rId178" Type="http://schemas.openxmlformats.org/officeDocument/2006/relationships/hyperlink" Target="https://dos.fl.gov/media/695951/address-confidentiality-exemption-form-07-2025.pdf" TargetMode="External"/><Relationship Id="rId179" Type="http://schemas.openxmlformats.org/officeDocument/2006/relationships/hyperlink" Target="http://www.ethics.state.fl.us/FinancialDisclosure/DownloadAForm.aspx" TargetMode="External"/><Relationship Id="rId180" Type="http://schemas.openxmlformats.org/officeDocument/2006/relationships/hyperlink" Target="https://dos.fl.gov/media/695139/1s-2008-tables1-3.pdf" TargetMode="External"/><Relationship Id="rId181" Type="http://schemas.openxmlformats.org/officeDocument/2006/relationships/hyperlink" Target="https://dos.fl.gov/media/695166/1s-2008-tables4-50.pdf" TargetMode="External"/><Relationship Id="rId182" Type="http://schemas.openxmlformats.org/officeDocument/2006/relationships/hyperlink" Target="https://dos.fl.gov/media/708888/2025-senate-questionnaire-packet-gov.pdf" TargetMode="External"/><Relationship Id="rId183" Type="http://schemas.openxmlformats.org/officeDocument/2006/relationships/hyperlink" Target="https://dos.fl.gov/media/708889/2025-senate-questionnaire-packet-fillable-003.pdf" TargetMode="External"/><Relationship Id="rId184" Type="http://schemas.openxmlformats.org/officeDocument/2006/relationships/hyperlink" Target="https://dos.fl.gov/media/710421/efs-credential-request-for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for Florida Elections (demonstration)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